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3243D" w14:textId="26530C01" w:rsidR="003F3233" w:rsidRPr="00181F75" w:rsidRDefault="006F73C5" w:rsidP="00D10930">
      <w:pPr>
        <w:bidi/>
        <w:spacing w:before="200" w:after="40" w:line="300" w:lineRule="auto"/>
        <w:jc w:val="center"/>
        <w:rPr>
          <w:rFonts w:ascii="Vazirmatn" w:hAnsi="Vazirmatn" w:cs="Vazirmatn"/>
        </w:rPr>
      </w:pPr>
      <w:r>
        <w:rPr>
          <w:rFonts w:ascii="Vazirmatn" w:hAnsi="Vazirmatn" w:cs="Vazirmatn"/>
          <w:b/>
          <w:bCs/>
          <w:color w:val="005F73"/>
          <w:sz w:val="28"/>
          <w:szCs w:val="28"/>
          <w:rtl/>
        </w:rPr>
        <w:t>کنگره سلامت همراه</w:t>
      </w:r>
      <w:r w:rsidR="00000000" w:rsidRPr="00181F75">
        <w:rPr>
          <w:rFonts w:ascii="Vazirmatn" w:hAnsi="Vazirmatn" w:cs="Vazirmatn"/>
          <w:b/>
          <w:bCs/>
          <w:color w:val="005F73"/>
          <w:sz w:val="28"/>
          <w:szCs w:val="28"/>
          <w:rtl/>
        </w:rPr>
        <w:t xml:space="preserve"> شیراز</w:t>
      </w:r>
    </w:p>
    <w:p w14:paraId="6A52100C" w14:textId="77777777" w:rsidR="003F3233" w:rsidRPr="00181F75" w:rsidRDefault="00000000" w:rsidP="00D10930">
      <w:pPr>
        <w:bidi/>
        <w:spacing w:before="40" w:line="300" w:lineRule="auto"/>
        <w:jc w:val="center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sz w:val="40"/>
          <w:szCs w:val="40"/>
          <w:rtl/>
        </w:rPr>
        <w:t>قالب استاندارد رزومه و سوابق داوطلبان</w:t>
      </w:r>
    </w:p>
    <w:p w14:paraId="693E9F08" w14:textId="65399BB9" w:rsidR="003F3233" w:rsidRPr="00181F75" w:rsidRDefault="00000000" w:rsidP="00D10930">
      <w:pPr>
        <w:bidi/>
        <w:spacing w:after="360" w:line="300" w:lineRule="auto"/>
        <w:jc w:val="center"/>
        <w:rPr>
          <w:rFonts w:ascii="Vazirmatn" w:hAnsi="Vazirmatn" w:cs="Vazirmatn"/>
          <w:b/>
          <w:bCs/>
          <w:color w:val="555555"/>
          <w:sz w:val="24"/>
          <w:szCs w:val="24"/>
        </w:rPr>
      </w:pPr>
      <w:r w:rsidRPr="00181F75">
        <w:rPr>
          <w:rFonts w:ascii="Vazirmatn" w:hAnsi="Vazirmatn" w:cs="Vazirmatn"/>
          <w:b/>
          <w:bCs/>
          <w:color w:val="555555"/>
          <w:sz w:val="24"/>
          <w:szCs w:val="24"/>
          <w:rtl/>
        </w:rPr>
        <w:t xml:space="preserve">دوره توانمندسازی </w:t>
      </w:r>
      <w:r w:rsidR="006F73C5">
        <w:rPr>
          <w:rFonts w:ascii="Vazirmatn" w:hAnsi="Vazirmatn" w:cs="Vazirmatn"/>
          <w:b/>
          <w:bCs/>
          <w:color w:val="555555"/>
          <w:sz w:val="24"/>
          <w:szCs w:val="24"/>
          <w:rtl/>
        </w:rPr>
        <w:t>کنگره سلامت همراه</w:t>
      </w:r>
      <w:r w:rsidRPr="00181F75">
        <w:rPr>
          <w:rFonts w:ascii="Vazirmatn" w:hAnsi="Vazirmatn" w:cs="Vazirmatn"/>
          <w:b/>
          <w:bCs/>
          <w:color w:val="555555"/>
          <w:sz w:val="24"/>
          <w:szCs w:val="24"/>
          <w:rtl/>
        </w:rPr>
        <w:t xml:space="preserve"> ـ شیراز ۱۴۰۵</w:t>
      </w:r>
    </w:p>
    <w:p w14:paraId="4E571F26" w14:textId="77777777" w:rsidR="00D742E0" w:rsidRPr="00D742E0" w:rsidRDefault="00D742E0" w:rsidP="00D742E0">
      <w:pPr>
        <w:bidi/>
        <w:spacing w:after="40" w:line="300" w:lineRule="auto"/>
        <w:jc w:val="center"/>
        <w:rPr>
          <w:rFonts w:ascii="Vazirmatn" w:hAnsi="Vazirmatn" w:cs="Vazirmatn"/>
          <w:color w:val="646464"/>
          <w:sz w:val="19"/>
          <w:szCs w:val="19"/>
        </w:rPr>
      </w:pPr>
      <w:r w:rsidRPr="00D742E0">
        <w:rPr>
          <w:rFonts w:ascii="Vazirmatn" w:hAnsi="Vazirmatn" w:cs="Vazirmatn"/>
          <w:color w:val="646464"/>
          <w:sz w:val="19"/>
          <w:szCs w:val="19"/>
          <w:rtl/>
        </w:rPr>
        <w:t>برنامه توسعه زیست‌بوم نوآوری و فناوری سلامت همراه</w:t>
      </w:r>
    </w:p>
    <w:p w14:paraId="787AFAB6" w14:textId="77777777" w:rsidR="00181F75" w:rsidRPr="00D742E0" w:rsidRDefault="00181F75" w:rsidP="00D10930">
      <w:pPr>
        <w:bidi/>
        <w:spacing w:after="40" w:line="300" w:lineRule="auto"/>
        <w:jc w:val="center"/>
        <w:rPr>
          <w:rFonts w:ascii="Vazirmatn" w:hAnsi="Vazirmatn" w:cs="Vazirmatn"/>
          <w:color w:val="646464"/>
          <w:sz w:val="19"/>
          <w:szCs w:val="19"/>
          <w:rtl/>
        </w:rPr>
      </w:pPr>
    </w:p>
    <w:p w14:paraId="1673436A" w14:textId="77777777" w:rsidR="00181F75" w:rsidRDefault="00181F75" w:rsidP="00D10930">
      <w:pPr>
        <w:bidi/>
        <w:spacing w:after="40" w:line="300" w:lineRule="auto"/>
        <w:jc w:val="center"/>
        <w:rPr>
          <w:rFonts w:ascii="Vazirmatn" w:hAnsi="Vazirmatn" w:cs="Vazirmatn"/>
          <w:color w:val="646464"/>
          <w:sz w:val="19"/>
          <w:szCs w:val="19"/>
        </w:rPr>
      </w:pPr>
    </w:p>
    <w:p w14:paraId="6B163548" w14:textId="77777777" w:rsidR="00181F75" w:rsidRDefault="00181F75" w:rsidP="00D10930">
      <w:pPr>
        <w:bidi/>
        <w:spacing w:after="40" w:line="300" w:lineRule="auto"/>
        <w:jc w:val="center"/>
        <w:rPr>
          <w:rFonts w:ascii="Vazirmatn" w:hAnsi="Vazirmatn" w:cs="Vazirmatn"/>
          <w:color w:val="646464"/>
          <w:sz w:val="19"/>
          <w:szCs w:val="19"/>
        </w:rPr>
      </w:pPr>
    </w:p>
    <w:p w14:paraId="0D8047FD" w14:textId="77777777" w:rsidR="00181F75" w:rsidRDefault="00181F75" w:rsidP="00D10930">
      <w:pPr>
        <w:bidi/>
        <w:spacing w:after="40" w:line="300" w:lineRule="auto"/>
        <w:jc w:val="center"/>
        <w:rPr>
          <w:rFonts w:ascii="Vazirmatn" w:hAnsi="Vazirmatn" w:cs="Vazirmatn"/>
          <w:color w:val="646464"/>
          <w:sz w:val="19"/>
          <w:szCs w:val="19"/>
        </w:rPr>
      </w:pPr>
    </w:p>
    <w:p w14:paraId="457120D6" w14:textId="77777777" w:rsidR="00181F75" w:rsidRDefault="00181F75" w:rsidP="00D10930">
      <w:pPr>
        <w:bidi/>
        <w:spacing w:after="40" w:line="300" w:lineRule="auto"/>
        <w:jc w:val="center"/>
        <w:rPr>
          <w:rFonts w:ascii="Vazirmatn" w:hAnsi="Vazirmatn" w:cs="Vazirmatn"/>
          <w:color w:val="646464"/>
          <w:sz w:val="19"/>
          <w:szCs w:val="19"/>
        </w:rPr>
      </w:pPr>
    </w:p>
    <w:p w14:paraId="115DF292" w14:textId="77777777" w:rsidR="00181F75" w:rsidRDefault="00181F75" w:rsidP="00D10930">
      <w:pPr>
        <w:bidi/>
        <w:spacing w:after="40" w:line="300" w:lineRule="auto"/>
        <w:jc w:val="center"/>
        <w:rPr>
          <w:rFonts w:ascii="Vazirmatn" w:hAnsi="Vazirmatn" w:cs="Vazirmatn"/>
          <w:color w:val="646464"/>
          <w:sz w:val="19"/>
          <w:szCs w:val="19"/>
          <w:rtl/>
        </w:rPr>
      </w:pPr>
    </w:p>
    <w:p w14:paraId="6E182433" w14:textId="77777777" w:rsidR="00114939" w:rsidRDefault="00114939" w:rsidP="00D10930">
      <w:pPr>
        <w:bidi/>
        <w:spacing w:after="40" w:line="300" w:lineRule="auto"/>
        <w:jc w:val="center"/>
        <w:rPr>
          <w:rFonts w:ascii="Vazirmatn" w:hAnsi="Vazirmatn" w:cs="Vazirmatn"/>
          <w:color w:val="646464"/>
          <w:sz w:val="19"/>
          <w:szCs w:val="19"/>
          <w:rtl/>
        </w:rPr>
      </w:pPr>
    </w:p>
    <w:p w14:paraId="243BB0C9" w14:textId="77777777" w:rsidR="00114939" w:rsidRDefault="00114939" w:rsidP="00D10930">
      <w:pPr>
        <w:bidi/>
        <w:spacing w:after="40" w:line="300" w:lineRule="auto"/>
        <w:jc w:val="center"/>
        <w:rPr>
          <w:rFonts w:ascii="Vazirmatn" w:hAnsi="Vazirmatn" w:cs="Vazirmatn"/>
          <w:color w:val="646464"/>
          <w:sz w:val="19"/>
          <w:szCs w:val="19"/>
          <w:rtl/>
        </w:rPr>
      </w:pPr>
    </w:p>
    <w:p w14:paraId="29902956" w14:textId="77777777" w:rsidR="00114939" w:rsidRDefault="00114939" w:rsidP="00D10930">
      <w:pPr>
        <w:bidi/>
        <w:spacing w:after="40" w:line="300" w:lineRule="auto"/>
        <w:jc w:val="center"/>
        <w:rPr>
          <w:rFonts w:ascii="Vazirmatn" w:hAnsi="Vazirmatn" w:cs="Vazirmatn"/>
          <w:color w:val="646464"/>
          <w:sz w:val="19"/>
          <w:szCs w:val="19"/>
          <w:rtl/>
        </w:rPr>
      </w:pPr>
    </w:p>
    <w:p w14:paraId="29177401" w14:textId="77777777" w:rsidR="00114939" w:rsidRDefault="00114939" w:rsidP="00D10930">
      <w:pPr>
        <w:bidi/>
        <w:spacing w:after="40" w:line="300" w:lineRule="auto"/>
        <w:jc w:val="center"/>
        <w:rPr>
          <w:rFonts w:ascii="Vazirmatn" w:hAnsi="Vazirmatn" w:cs="Vazirmatn"/>
          <w:color w:val="646464"/>
          <w:sz w:val="19"/>
          <w:szCs w:val="19"/>
        </w:rPr>
      </w:pPr>
    </w:p>
    <w:p w14:paraId="299873C2" w14:textId="77777777" w:rsidR="00181F75" w:rsidRPr="00181F75" w:rsidRDefault="00181F75" w:rsidP="00D10930">
      <w:pPr>
        <w:bidi/>
        <w:spacing w:after="40" w:line="300" w:lineRule="auto"/>
        <w:jc w:val="center"/>
        <w:rPr>
          <w:rFonts w:ascii="Vazirmatn" w:hAnsi="Vazirmatn" w:cs="Vazirmatn"/>
          <w:color w:val="646464"/>
          <w:sz w:val="19"/>
          <w:szCs w:val="19"/>
          <w:rtl/>
        </w:rPr>
      </w:pPr>
    </w:p>
    <w:p w14:paraId="4B3125F1" w14:textId="77777777" w:rsidR="00181F75" w:rsidRPr="00181F75" w:rsidRDefault="00181F75" w:rsidP="00D10930">
      <w:pPr>
        <w:bidi/>
        <w:spacing w:after="40" w:line="300" w:lineRule="auto"/>
        <w:jc w:val="center"/>
        <w:rPr>
          <w:rFonts w:ascii="Vazirmatn" w:hAnsi="Vazirmatn" w:cs="Vazirmatn"/>
          <w:color w:val="646464"/>
          <w:sz w:val="19"/>
          <w:szCs w:val="19"/>
          <w:rtl/>
        </w:rPr>
      </w:pPr>
    </w:p>
    <w:p w14:paraId="2B93ABBA" w14:textId="77777777" w:rsidR="00181F75" w:rsidRPr="00181F75" w:rsidRDefault="00181F75" w:rsidP="00D10930">
      <w:pPr>
        <w:bidi/>
        <w:spacing w:after="40" w:line="300" w:lineRule="auto"/>
        <w:jc w:val="center"/>
        <w:rPr>
          <w:rFonts w:ascii="Vazirmatn" w:hAnsi="Vazirmatn" w:cs="Vazirmatn"/>
          <w:color w:val="646464"/>
          <w:sz w:val="19"/>
          <w:szCs w:val="19"/>
          <w:rtl/>
        </w:rPr>
      </w:pPr>
    </w:p>
    <w:p w14:paraId="75732055" w14:textId="5123CABF" w:rsidR="00D10930" w:rsidRPr="00D10930" w:rsidRDefault="00D10930" w:rsidP="00D10930">
      <w:pPr>
        <w:bidi/>
        <w:spacing w:after="0" w:line="240" w:lineRule="auto"/>
        <w:jc w:val="center"/>
        <w:rPr>
          <w:rFonts w:ascii="Vazirmatn" w:hAnsi="Vazirmatn" w:cs="Vazirmatn"/>
          <w:color w:val="646464"/>
          <w:sz w:val="20"/>
          <w:szCs w:val="20"/>
        </w:rPr>
      </w:pPr>
      <w:r w:rsidRPr="00D10930">
        <w:rPr>
          <w:rFonts w:ascii="Vazirmatn" w:hAnsi="Vazirmatn" w:cs="Vazirmatn"/>
          <w:color w:val="646464"/>
          <w:sz w:val="20"/>
          <w:szCs w:val="20"/>
          <w:rtl/>
        </w:rPr>
        <w:t>دپارتمان آموزش کمیته دانشجویی کنگر</w:t>
      </w:r>
      <w:r w:rsidR="006F73C5">
        <w:rPr>
          <w:rFonts w:ascii="Vazirmatn" w:hAnsi="Vazirmatn" w:cs="Vazirmatn" w:hint="cs"/>
          <w:color w:val="646464"/>
          <w:sz w:val="20"/>
          <w:szCs w:val="20"/>
          <w:rtl/>
        </w:rPr>
        <w:t>ه سلامت</w:t>
      </w:r>
      <w:r w:rsidR="004C5DB4">
        <w:rPr>
          <w:rFonts w:ascii="Vazirmatn" w:hAnsi="Vazirmatn" w:cs="Vazirmatn" w:hint="cs"/>
          <w:color w:val="646464"/>
          <w:sz w:val="20"/>
          <w:szCs w:val="20"/>
          <w:rtl/>
        </w:rPr>
        <w:t xml:space="preserve"> همراه</w:t>
      </w:r>
      <w:r w:rsidR="007E0DB0">
        <w:rPr>
          <w:rFonts w:ascii="Vazirmatn" w:hAnsi="Vazirmatn" w:cs="Vazirmatn" w:hint="cs"/>
          <w:color w:val="646464"/>
          <w:sz w:val="20"/>
          <w:szCs w:val="20"/>
          <w:rtl/>
        </w:rPr>
        <w:t xml:space="preserve"> </w:t>
      </w:r>
      <w:r w:rsidR="006F73C5">
        <w:rPr>
          <w:rFonts w:ascii="Vazirmatn" w:hAnsi="Vazirmatn" w:cs="Vazirmatn" w:hint="cs"/>
          <w:color w:val="646464"/>
          <w:sz w:val="20"/>
          <w:szCs w:val="20"/>
          <w:rtl/>
        </w:rPr>
        <w:t>(</w:t>
      </w:r>
      <w:r w:rsidRPr="00D10930">
        <w:rPr>
          <w:rFonts w:ascii="Vazirmatn" w:hAnsi="Vazirmatn" w:cs="Vazirmatn"/>
          <w:color w:val="646464"/>
          <w:sz w:val="20"/>
          <w:szCs w:val="20"/>
        </w:rPr>
        <w:t>mHealth</w:t>
      </w:r>
      <w:r w:rsidR="006F73C5">
        <w:rPr>
          <w:rFonts w:ascii="Vazirmatn" w:hAnsi="Vazirmatn" w:cs="Vazirmatn" w:hint="cs"/>
          <w:color w:val="646464"/>
          <w:sz w:val="20"/>
          <w:szCs w:val="20"/>
          <w:rtl/>
        </w:rPr>
        <w:t>)</w:t>
      </w:r>
    </w:p>
    <w:p w14:paraId="76D27DCA" w14:textId="40E9FB7C" w:rsidR="00114939" w:rsidRDefault="00000000" w:rsidP="00D10930">
      <w:pPr>
        <w:bidi/>
        <w:spacing w:after="480" w:line="300" w:lineRule="auto"/>
        <w:jc w:val="center"/>
        <w:rPr>
          <w:rFonts w:ascii="Vazirmatn" w:hAnsi="Vazirmatn" w:cs="Vazirmatn"/>
          <w:color w:val="646464"/>
          <w:sz w:val="19"/>
          <w:szCs w:val="19"/>
          <w:rtl/>
        </w:rPr>
      </w:pPr>
      <w:r w:rsidRPr="00181F75">
        <w:rPr>
          <w:rFonts w:ascii="Vazirmatn" w:hAnsi="Vazirmatn" w:cs="Vazirmatn"/>
          <w:color w:val="646464"/>
          <w:sz w:val="19"/>
          <w:szCs w:val="19"/>
          <w:rtl/>
        </w:rPr>
        <w:t xml:space="preserve">شیراز </w:t>
      </w:r>
      <w:r w:rsidR="00D10930">
        <w:rPr>
          <w:rFonts w:ascii="Vazirmatn" w:hAnsi="Vazirmatn" w:cs="Vazirmatn" w:hint="cs"/>
          <w:color w:val="646464"/>
          <w:sz w:val="19"/>
          <w:szCs w:val="19"/>
          <w:rtl/>
        </w:rPr>
        <w:t>-</w:t>
      </w:r>
      <w:r w:rsidRPr="00181F75">
        <w:rPr>
          <w:rFonts w:ascii="Vazirmatn" w:hAnsi="Vazirmatn" w:cs="Vazirmatn"/>
          <w:color w:val="646464"/>
          <w:sz w:val="19"/>
          <w:szCs w:val="19"/>
          <w:rtl/>
        </w:rPr>
        <w:t xml:space="preserve"> ۱۴۰۵</w:t>
      </w:r>
    </w:p>
    <w:p w14:paraId="4766B441" w14:textId="77777777" w:rsidR="00114939" w:rsidRDefault="00114939" w:rsidP="00D10930">
      <w:pPr>
        <w:bidi/>
        <w:spacing w:after="480" w:line="300" w:lineRule="auto"/>
        <w:jc w:val="center"/>
        <w:rPr>
          <w:rFonts w:ascii="Vazirmatn" w:hAnsi="Vazirmatn" w:cs="Vazirmatn"/>
          <w:color w:val="646464"/>
          <w:sz w:val="19"/>
          <w:szCs w:val="19"/>
          <w:rtl/>
        </w:rPr>
      </w:pP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98"/>
        <w:gridCol w:w="3298"/>
        <w:gridCol w:w="3298"/>
      </w:tblGrid>
      <w:tr w:rsidR="00114939" w14:paraId="4B590BDC" w14:textId="77777777" w:rsidTr="00114939">
        <w:trPr>
          <w:jc w:val="center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12F8404B" w14:textId="0FCCBB9F" w:rsidR="00114939" w:rsidRDefault="00114939" w:rsidP="00D10930">
            <w:pPr>
              <w:bidi/>
              <w:spacing w:after="0"/>
              <w:jc w:val="center"/>
              <w:rPr>
                <w:rFonts w:ascii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3D787117" wp14:editId="6170CAA3">
                  <wp:extent cx="1141095" cy="1141095"/>
                  <wp:effectExtent l="0" t="0" r="1905" b="190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095" cy="114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58C72ED9" w14:textId="7A48E5B7" w:rsidR="00114939" w:rsidRDefault="00114939" w:rsidP="00D10930">
            <w:pPr>
              <w:bidi/>
              <w:spacing w:after="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0975B24" wp14:editId="54497373">
                  <wp:extent cx="1073150" cy="107315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6C5D1E1C" w14:textId="167438C4" w:rsidR="00114939" w:rsidRDefault="004C5DB4" w:rsidP="00D10930">
            <w:pPr>
              <w:bidi/>
              <w:spacing w:after="0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03B27399" wp14:editId="763BFE2B">
                  <wp:extent cx="1085850" cy="1089243"/>
                  <wp:effectExtent l="0" t="0" r="0" b="0"/>
                  <wp:docPr id="10409963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484" cy="1098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07333D" w14:textId="77777777" w:rsidR="00114939" w:rsidRPr="00181F75" w:rsidRDefault="00114939" w:rsidP="00D10930">
      <w:pPr>
        <w:bidi/>
        <w:spacing w:after="480" w:line="300" w:lineRule="auto"/>
        <w:rPr>
          <w:rFonts w:ascii="Vazirmatn" w:hAnsi="Vazirmatn" w:cs="Vazirmatn"/>
          <w:color w:val="646464"/>
          <w:sz w:val="19"/>
          <w:szCs w:val="19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3F3233" w:rsidRPr="00181F75" w14:paraId="62D4C434" w14:textId="77777777">
        <w:tc>
          <w:tcPr>
            <w:tcW w:w="9360" w:type="dxa"/>
            <w:tcBorders>
              <w:bottom w:val="nil"/>
              <w:right w:val="single" w:sz="36" w:space="0" w:color="005F73"/>
            </w:tcBorders>
            <w:shd w:val="clear" w:color="auto" w:fill="F0F7F7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65B463C" w14:textId="77777777" w:rsidR="003F3233" w:rsidRPr="00181F75" w:rsidRDefault="00000000" w:rsidP="00D10930">
            <w:pPr>
              <w:bidi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005F73"/>
                <w:sz w:val="23"/>
                <w:szCs w:val="23"/>
                <w:rtl/>
              </w:rPr>
              <w:lastRenderedPageBreak/>
              <w:t>راهنمای تکمیل رزومه</w:t>
            </w:r>
          </w:p>
          <w:p w14:paraId="46A2177B" w14:textId="77777777" w:rsidR="003F3233" w:rsidRDefault="00000000" w:rsidP="00D10930">
            <w:pPr>
              <w:bidi/>
              <w:spacing w:after="80"/>
              <w:rPr>
                <w:rFonts w:ascii="Vazirmatn" w:hAnsi="Vazirmatn" w:cs="Vazirmatn"/>
                <w:color w:val="323232"/>
                <w:sz w:val="20"/>
                <w:szCs w:val="20"/>
                <w:rtl/>
              </w:rPr>
            </w:pPr>
            <w:r w:rsidRPr="00181F75">
              <w:rPr>
                <w:rFonts w:ascii="Vazirmatn" w:hAnsi="Vazirmatn" w:cs="Vazirmatn"/>
                <w:color w:val="323232"/>
                <w:sz w:val="20"/>
                <w:szCs w:val="20"/>
                <w:rtl/>
              </w:rPr>
              <w:t>•  لطفاً سوابق خود را به‌صورت واقعی، دقیق و قابل بررسی ثبت کنید.</w:t>
            </w:r>
          </w:p>
          <w:p w14:paraId="2EB8089F" w14:textId="2409F943" w:rsidR="00CA5343" w:rsidRPr="000707FC" w:rsidRDefault="00CA5343" w:rsidP="00CA5343">
            <w:pPr>
              <w:bidi/>
              <w:spacing w:after="80"/>
              <w:rPr>
                <w:rFonts w:ascii="Vazirmatn" w:hAnsi="Vazirmatn" w:cs="Vazirmatn"/>
                <w:color w:val="FF0000"/>
                <w:sz w:val="20"/>
                <w:szCs w:val="20"/>
                <w:rtl/>
              </w:rPr>
            </w:pPr>
            <w:r w:rsidRPr="000707FC">
              <w:rPr>
                <w:rFonts w:ascii="Vazirmatn" w:hAnsi="Vazirmatn" w:cs="Vazirmatn"/>
                <w:color w:val="FF0000"/>
                <w:sz w:val="20"/>
                <w:szCs w:val="20"/>
                <w:rtl/>
              </w:rPr>
              <w:t>•</w:t>
            </w:r>
            <w:r w:rsidRPr="000707FC">
              <w:rPr>
                <w:rFonts w:ascii="Vazirmatn" w:hAnsi="Vazirmatn" w:cs="Vazirmatn" w:hint="cs"/>
                <w:color w:val="FF0000"/>
                <w:sz w:val="20"/>
                <w:szCs w:val="20"/>
                <w:rtl/>
              </w:rPr>
              <w:t xml:space="preserve"> </w:t>
            </w:r>
            <w:r w:rsidRPr="000707FC">
              <w:rPr>
                <w:rFonts w:ascii="Vazirmatn" w:hAnsi="Vazirmatn" w:cs="Vazirmatn"/>
                <w:color w:val="FF0000"/>
                <w:sz w:val="20"/>
                <w:szCs w:val="20"/>
                <w:rtl/>
              </w:rPr>
              <w:t>لطفاً</w:t>
            </w:r>
            <w:r w:rsidRPr="000707FC">
              <w:rPr>
                <w:rFonts w:ascii="Vazirmatn" w:hAnsi="Vazirmatn" w:cs="Vazirmatn" w:hint="cs"/>
                <w:color w:val="FF0000"/>
                <w:sz w:val="20"/>
                <w:szCs w:val="20"/>
                <w:rtl/>
              </w:rPr>
              <w:t xml:space="preserve"> اسم فایل را نام و نام خانوادگی خود </w:t>
            </w:r>
            <w:r w:rsidR="000707FC" w:rsidRPr="000707FC">
              <w:rPr>
                <w:rFonts w:ascii="Vazirmatn" w:hAnsi="Vazirmatn" w:cs="Vazirmatn" w:hint="cs"/>
                <w:color w:val="FF0000"/>
                <w:sz w:val="20"/>
                <w:szCs w:val="20"/>
                <w:rtl/>
              </w:rPr>
              <w:t>تغییر دهید.</w:t>
            </w:r>
          </w:p>
          <w:p w14:paraId="02AED90F" w14:textId="09D9E7A1" w:rsidR="004F6872" w:rsidRPr="00181F75" w:rsidRDefault="004F6872" w:rsidP="004F6872">
            <w:pPr>
              <w:bidi/>
              <w:spacing w:after="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color w:val="323232"/>
                <w:sz w:val="20"/>
                <w:szCs w:val="20"/>
                <w:rtl/>
              </w:rPr>
              <w:t xml:space="preserve">•  </w:t>
            </w:r>
            <w:r>
              <w:rPr>
                <w:rFonts w:ascii="Vazirmatn" w:hAnsi="Vazirmatn" w:cs="Vazirmatn" w:hint="cs"/>
                <w:color w:val="323232"/>
                <w:sz w:val="20"/>
                <w:szCs w:val="20"/>
                <w:rtl/>
              </w:rPr>
              <w:t xml:space="preserve">برای راهنمایی و شیوه پر کردن روزمه می‌بایست از </w:t>
            </w:r>
            <w:r w:rsidRPr="004F6872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راهنمای عمومی</w:t>
            </w:r>
            <w:r>
              <w:rPr>
                <w:rFonts w:ascii="Vazirmatn" w:hAnsi="Vazirmatn" w:cs="Vazirmatn" w:hint="cs"/>
                <w:color w:val="323232"/>
                <w:sz w:val="20"/>
                <w:szCs w:val="20"/>
                <w:rtl/>
              </w:rPr>
              <w:t xml:space="preserve"> استفاده بفرمایید.</w:t>
            </w:r>
          </w:p>
          <w:p w14:paraId="536B9F8D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color w:val="323232"/>
                <w:sz w:val="20"/>
                <w:szCs w:val="20"/>
                <w:rtl/>
              </w:rPr>
              <w:t>•  برای هر فعالیت، تا حد امکان این موارد را مشخص کنید:</w:t>
            </w:r>
            <w:r w:rsidRPr="00181F75">
              <w:rPr>
                <w:rFonts w:ascii="Vazirmatn" w:hAnsi="Vazirmatn" w:cs="Vazirmatn"/>
                <w:color w:val="323232"/>
                <w:sz w:val="20"/>
                <w:szCs w:val="20"/>
                <w:rtl/>
              </w:rPr>
              <w:br/>
              <w:t xml:space="preserve">   عنوان فعالیت  |  زمان  |  نقش شما  |  شرح مختصر فعالیت  |  خروجی  |  مدرک یا شاهد</w:t>
            </w:r>
          </w:p>
        </w:tc>
      </w:tr>
    </w:tbl>
    <w:p w14:paraId="5503D5B8" w14:textId="77777777" w:rsidR="007E0DB0" w:rsidRDefault="007E0DB0" w:rsidP="007E0DB0">
      <w:pPr>
        <w:bidi/>
        <w:spacing w:after="80"/>
        <w:ind w:left="288"/>
        <w:rPr>
          <w:rFonts w:ascii="Vazirmatn" w:hAnsi="Vazirmatn" w:cs="Vazirmatn"/>
          <w:b/>
          <w:bCs/>
          <w:color w:val="BE3C3C"/>
          <w:rtl/>
        </w:rPr>
      </w:pPr>
    </w:p>
    <w:p w14:paraId="5F263720" w14:textId="77777777" w:rsidR="004F6872" w:rsidRPr="004F6872" w:rsidRDefault="00000000" w:rsidP="004F6872">
      <w:pPr>
        <w:bidi/>
        <w:spacing w:after="80"/>
        <w:ind w:left="288"/>
        <w:rPr>
          <w:rFonts w:ascii="Vazirmatn" w:hAnsi="Vazirmatn" w:cs="Vazirmatn"/>
          <w:rtl/>
        </w:rPr>
      </w:pPr>
      <w:r>
        <w:rPr>
          <w:rFonts w:ascii="Vazirmatn" w:hAnsi="Vazirmatn" w:cs="Vazirmatn"/>
        </w:rPr>
        <w:pict w14:anchorId="101DD542">
          <v:rect id="_x0000_i1025" style="width:0;height:1.5pt" o:hralign="right" o:hrstd="t" o:hr="t" fillcolor="#a0a0a0" stroked="f"/>
        </w:pict>
      </w:r>
    </w:p>
    <w:p w14:paraId="581DB9F0" w14:textId="77777777" w:rsidR="004F6872" w:rsidRPr="004F6872" w:rsidRDefault="004F6872" w:rsidP="004F6872">
      <w:pPr>
        <w:bidi/>
        <w:spacing w:after="80"/>
        <w:ind w:left="288"/>
        <w:rPr>
          <w:rFonts w:ascii="Vazirmatn" w:hAnsi="Vazirmatn" w:cs="Vazirmatn"/>
        </w:rPr>
      </w:pPr>
      <w:r w:rsidRPr="004F6872">
        <w:rPr>
          <w:rFonts w:ascii="Vazirmatn" w:hAnsi="Vazirmatn" w:cs="Vazirmatn"/>
          <w:rtl/>
        </w:rPr>
        <w:t xml:space="preserve">تمامی سوابق داوطلبان صرفاً بر اساس اطلاعات ثبت‌شده در </w:t>
      </w:r>
      <w:r w:rsidRPr="004F6872">
        <w:rPr>
          <w:rFonts w:ascii="Vazirmatn" w:hAnsi="Vazirmatn" w:cs="Vazirmatn"/>
          <w:b/>
          <w:bCs/>
          <w:rtl/>
        </w:rPr>
        <w:t xml:space="preserve">قالب رزومه پیوست شماره </w:t>
      </w:r>
      <w:r w:rsidRPr="004F6872">
        <w:rPr>
          <w:rFonts w:ascii="Vazirmatn" w:hAnsi="Vazirmatn" w:cs="Vazirmatn"/>
          <w:b/>
          <w:bCs/>
          <w:rtl/>
          <w:lang w:bidi="fa-IR"/>
        </w:rPr>
        <w:t>۱</w:t>
      </w:r>
      <w:r w:rsidRPr="004F6872">
        <w:rPr>
          <w:rFonts w:ascii="Vazirmatn" w:hAnsi="Vazirmatn" w:cs="Vazirmatn"/>
          <w:rtl/>
        </w:rPr>
        <w:t xml:space="preserve"> بررسی و ارزیابی خواهد شد. بنابراین استفاده از ساختار و دسته‌بندی اعلام‌شده در این قالب </w:t>
      </w:r>
      <w:r w:rsidRPr="004F6872">
        <w:rPr>
          <w:rFonts w:ascii="Vazirmatn" w:hAnsi="Vazirmatn" w:cs="Vazirmatn"/>
          <w:b/>
          <w:bCs/>
          <w:rtl/>
        </w:rPr>
        <w:t>الزامی</w:t>
      </w:r>
      <w:r w:rsidRPr="004F6872">
        <w:rPr>
          <w:rFonts w:ascii="Vazirmatn" w:hAnsi="Vazirmatn" w:cs="Vazirmatn"/>
          <w:rtl/>
        </w:rPr>
        <w:t xml:space="preserve"> است و ارسال رزومه در قالب‌های شخصی یا با ساختارهای متفاوت، مبنای بررسی نخواهد بود</w:t>
      </w:r>
      <w:r w:rsidRPr="004F6872">
        <w:rPr>
          <w:rFonts w:ascii="Vazirmatn" w:hAnsi="Vazirmatn" w:cs="Vazirmatn"/>
        </w:rPr>
        <w:t>.</w:t>
      </w:r>
    </w:p>
    <w:p w14:paraId="07731AEF" w14:textId="77777777" w:rsidR="004F6872" w:rsidRPr="004F6872" w:rsidRDefault="004F6872" w:rsidP="004F6872">
      <w:pPr>
        <w:bidi/>
        <w:spacing w:after="80"/>
        <w:ind w:left="288"/>
        <w:rPr>
          <w:rFonts w:ascii="Vazirmatn" w:hAnsi="Vazirmatn" w:cs="Vazirmatn"/>
        </w:rPr>
      </w:pPr>
      <w:r w:rsidRPr="004F6872">
        <w:rPr>
          <w:rFonts w:ascii="Vazirmatn" w:hAnsi="Vazirmatn" w:cs="Vazirmatn"/>
          <w:rtl/>
        </w:rPr>
        <w:t xml:space="preserve">با این حال، در صورتی که داوطلب دارای سابقه‌ای مرتبط باشد که به دلیل ماهیت یا حجم اطلاعات، امکان ثبت مناسب آن در بخش‌ها و جداول پیش‌بینی‌شده در قالب رزومه وجود نداشته باشد، می‌تواند آن مورد را در بخش </w:t>
      </w:r>
      <w:r w:rsidRPr="004F6872">
        <w:rPr>
          <w:rFonts w:ascii="Vazirmatn" w:hAnsi="Vazirmatn" w:cs="Vazirmatn"/>
          <w:b/>
          <w:bCs/>
          <w:rtl/>
        </w:rPr>
        <w:t>«سوابق تکمیلی»</w:t>
      </w:r>
      <w:r w:rsidRPr="004F6872">
        <w:rPr>
          <w:rFonts w:ascii="Vazirmatn" w:hAnsi="Vazirmatn" w:cs="Vazirmatn"/>
          <w:rtl/>
        </w:rPr>
        <w:t xml:space="preserve"> در انتهای همان فایل رزومه درج کند.</w:t>
      </w:r>
    </w:p>
    <w:p w14:paraId="65DD0822" w14:textId="77777777" w:rsidR="004F6872" w:rsidRPr="004F6872" w:rsidRDefault="004F6872" w:rsidP="004F6872">
      <w:pPr>
        <w:bidi/>
        <w:spacing w:after="80"/>
        <w:ind w:left="288"/>
        <w:rPr>
          <w:rFonts w:ascii="Vazirmatn" w:hAnsi="Vazirmatn" w:cs="Vazirmatn"/>
          <w:rtl/>
        </w:rPr>
      </w:pPr>
      <w:r w:rsidRPr="004F6872">
        <w:rPr>
          <w:rFonts w:ascii="Vazirmatn" w:hAnsi="Vazirmatn" w:cs="Vazirmatn"/>
          <w:b/>
          <w:bCs/>
          <w:rtl/>
        </w:rPr>
        <w:t>سوابق تکمیلی باید تا حد امکان شامل موارد زیر باشند:</w:t>
      </w:r>
    </w:p>
    <w:p w14:paraId="6B8DDADD" w14:textId="77777777" w:rsidR="004F6872" w:rsidRPr="004F6872" w:rsidRDefault="004F6872" w:rsidP="004F6872">
      <w:pPr>
        <w:numPr>
          <w:ilvl w:val="0"/>
          <w:numId w:val="10"/>
        </w:numPr>
        <w:bidi/>
        <w:spacing w:after="80"/>
        <w:rPr>
          <w:rFonts w:ascii="Vazirmatn" w:hAnsi="Vazirmatn" w:cs="Vazirmatn"/>
          <w:rtl/>
        </w:rPr>
      </w:pPr>
      <w:r w:rsidRPr="004F6872">
        <w:rPr>
          <w:rFonts w:ascii="Vazirmatn" w:hAnsi="Vazirmatn" w:cs="Vazirmatn"/>
          <w:rtl/>
        </w:rPr>
        <w:t>عنوان سابقه یا فعالیت</w:t>
      </w:r>
    </w:p>
    <w:p w14:paraId="3C123A4F" w14:textId="77777777" w:rsidR="004F6872" w:rsidRPr="004F6872" w:rsidRDefault="004F6872" w:rsidP="004F6872">
      <w:pPr>
        <w:numPr>
          <w:ilvl w:val="0"/>
          <w:numId w:val="10"/>
        </w:numPr>
        <w:bidi/>
        <w:spacing w:after="80"/>
        <w:rPr>
          <w:rFonts w:ascii="Vazirmatn" w:hAnsi="Vazirmatn" w:cs="Vazirmatn"/>
          <w:rtl/>
        </w:rPr>
      </w:pPr>
      <w:r w:rsidRPr="004F6872">
        <w:rPr>
          <w:rFonts w:ascii="Vazirmatn" w:hAnsi="Vazirmatn" w:cs="Vazirmatn"/>
          <w:rtl/>
        </w:rPr>
        <w:t>محور یا بخش مرتبط</w:t>
      </w:r>
    </w:p>
    <w:p w14:paraId="2253C371" w14:textId="77777777" w:rsidR="004F6872" w:rsidRPr="004F6872" w:rsidRDefault="004F6872" w:rsidP="004F6872">
      <w:pPr>
        <w:numPr>
          <w:ilvl w:val="0"/>
          <w:numId w:val="10"/>
        </w:numPr>
        <w:bidi/>
        <w:spacing w:after="80"/>
        <w:rPr>
          <w:rFonts w:ascii="Vazirmatn" w:hAnsi="Vazirmatn" w:cs="Vazirmatn"/>
          <w:rtl/>
        </w:rPr>
      </w:pPr>
      <w:r w:rsidRPr="004F6872">
        <w:rPr>
          <w:rFonts w:ascii="Vazirmatn" w:hAnsi="Vazirmatn" w:cs="Vazirmatn"/>
          <w:rtl/>
        </w:rPr>
        <w:t>نقش و میزان مشارکت داوطلب</w:t>
      </w:r>
    </w:p>
    <w:p w14:paraId="027D7842" w14:textId="77777777" w:rsidR="004F6872" w:rsidRPr="004F6872" w:rsidRDefault="004F6872" w:rsidP="004F6872">
      <w:pPr>
        <w:numPr>
          <w:ilvl w:val="0"/>
          <w:numId w:val="10"/>
        </w:numPr>
        <w:bidi/>
        <w:spacing w:after="80"/>
        <w:rPr>
          <w:rFonts w:ascii="Vazirmatn" w:hAnsi="Vazirmatn" w:cs="Vazirmatn"/>
          <w:rtl/>
        </w:rPr>
      </w:pPr>
      <w:r w:rsidRPr="004F6872">
        <w:rPr>
          <w:rFonts w:ascii="Vazirmatn" w:hAnsi="Vazirmatn" w:cs="Vazirmatn"/>
          <w:rtl/>
        </w:rPr>
        <w:t>تاریخ یا بازه زمانی فعالیت</w:t>
      </w:r>
    </w:p>
    <w:p w14:paraId="227B23EA" w14:textId="77777777" w:rsidR="004F6872" w:rsidRPr="004F6872" w:rsidRDefault="004F6872" w:rsidP="004F6872">
      <w:pPr>
        <w:numPr>
          <w:ilvl w:val="0"/>
          <w:numId w:val="10"/>
        </w:numPr>
        <w:bidi/>
        <w:spacing w:after="80"/>
        <w:rPr>
          <w:rFonts w:ascii="Vazirmatn" w:hAnsi="Vazirmatn" w:cs="Vazirmatn"/>
          <w:rtl/>
        </w:rPr>
      </w:pPr>
      <w:r w:rsidRPr="004F6872">
        <w:rPr>
          <w:rFonts w:ascii="Vazirmatn" w:hAnsi="Vazirmatn" w:cs="Vazirmatn"/>
          <w:rtl/>
        </w:rPr>
        <w:t>توضیح کوتاه و مشخص درباره فعالیت</w:t>
      </w:r>
    </w:p>
    <w:p w14:paraId="691D9ABB" w14:textId="77777777" w:rsidR="004F6872" w:rsidRPr="004F6872" w:rsidRDefault="004F6872" w:rsidP="004F6872">
      <w:pPr>
        <w:numPr>
          <w:ilvl w:val="0"/>
          <w:numId w:val="10"/>
        </w:numPr>
        <w:bidi/>
        <w:spacing w:after="80"/>
        <w:rPr>
          <w:rFonts w:ascii="Vazirmatn" w:hAnsi="Vazirmatn" w:cs="Vazirmatn"/>
          <w:rtl/>
        </w:rPr>
      </w:pPr>
      <w:r w:rsidRPr="004F6872">
        <w:rPr>
          <w:rFonts w:ascii="Vazirmatn" w:hAnsi="Vazirmatn" w:cs="Vazirmatn"/>
          <w:rtl/>
        </w:rPr>
        <w:t>خروجی یا دستاورد قابل ارائه</w:t>
      </w:r>
    </w:p>
    <w:p w14:paraId="2FC5D6CB" w14:textId="77777777" w:rsidR="004F6872" w:rsidRPr="004F6872" w:rsidRDefault="004F6872" w:rsidP="004F6872">
      <w:pPr>
        <w:numPr>
          <w:ilvl w:val="0"/>
          <w:numId w:val="10"/>
        </w:numPr>
        <w:bidi/>
        <w:spacing w:after="80"/>
        <w:rPr>
          <w:rFonts w:ascii="Vazirmatn" w:hAnsi="Vazirmatn" w:cs="Vazirmatn"/>
          <w:rtl/>
        </w:rPr>
      </w:pPr>
      <w:r w:rsidRPr="004F6872">
        <w:rPr>
          <w:rFonts w:ascii="Vazirmatn" w:hAnsi="Vazirmatn" w:cs="Vazirmatn"/>
          <w:rtl/>
        </w:rPr>
        <w:t>مستند، لینک، فایل یا شاهد قابل بررسی</w:t>
      </w:r>
    </w:p>
    <w:p w14:paraId="53CE01F0" w14:textId="77777777" w:rsidR="004F6872" w:rsidRPr="004F6872" w:rsidRDefault="004F6872" w:rsidP="004F6872">
      <w:pPr>
        <w:bidi/>
        <w:spacing w:after="80"/>
        <w:ind w:left="288"/>
        <w:rPr>
          <w:rFonts w:ascii="Vazirmatn" w:hAnsi="Vazirmatn" w:cs="Vazirmatn"/>
          <w:rtl/>
        </w:rPr>
      </w:pPr>
      <w:r w:rsidRPr="004F6872">
        <w:rPr>
          <w:rFonts w:ascii="Vazirmatn" w:hAnsi="Vazirmatn" w:cs="Vazirmatn"/>
          <w:b/>
          <w:bCs/>
          <w:rtl/>
        </w:rPr>
        <w:t>نکات مهم در ثبت سوابق:</w:t>
      </w:r>
    </w:p>
    <w:p w14:paraId="212D2603" w14:textId="77777777" w:rsidR="004F6872" w:rsidRPr="004F6872" w:rsidRDefault="004F6872" w:rsidP="004F6872">
      <w:pPr>
        <w:numPr>
          <w:ilvl w:val="0"/>
          <w:numId w:val="11"/>
        </w:numPr>
        <w:bidi/>
        <w:spacing w:after="80"/>
        <w:rPr>
          <w:rFonts w:ascii="Vazirmatn" w:hAnsi="Vazirmatn" w:cs="Vazirmatn"/>
          <w:rtl/>
        </w:rPr>
      </w:pPr>
      <w:r w:rsidRPr="004F6872">
        <w:rPr>
          <w:rFonts w:ascii="Vazirmatn" w:hAnsi="Vazirmatn" w:cs="Vazirmatn"/>
          <w:b/>
          <w:bCs/>
          <w:rtl/>
        </w:rPr>
        <w:t>ثبت تک‌بخشی:</w:t>
      </w:r>
      <w:r w:rsidRPr="004F6872">
        <w:rPr>
          <w:rFonts w:ascii="Vazirmatn" w:hAnsi="Vazirmatn" w:cs="Vazirmatn"/>
          <w:rtl/>
        </w:rPr>
        <w:t xml:space="preserve"> هر سابقه را فقط در یک بخش اصلی ثبت کنید و از ثبت یک سابقه به‌صورت تکراری در چند بخش خودداری کنید.</w:t>
      </w:r>
    </w:p>
    <w:p w14:paraId="5C18020D" w14:textId="77777777" w:rsidR="004F6872" w:rsidRPr="004F6872" w:rsidRDefault="004F6872" w:rsidP="004F6872">
      <w:pPr>
        <w:numPr>
          <w:ilvl w:val="0"/>
          <w:numId w:val="11"/>
        </w:numPr>
        <w:bidi/>
        <w:spacing w:after="80"/>
        <w:rPr>
          <w:rFonts w:ascii="Vazirmatn" w:hAnsi="Vazirmatn" w:cs="Vazirmatn"/>
          <w:rtl/>
        </w:rPr>
      </w:pPr>
      <w:r w:rsidRPr="004F6872">
        <w:rPr>
          <w:rFonts w:ascii="Vazirmatn" w:hAnsi="Vazirmatn" w:cs="Vazirmatn"/>
          <w:b/>
          <w:bCs/>
          <w:rtl/>
        </w:rPr>
        <w:t>توضیح دقیق نقش:</w:t>
      </w:r>
      <w:r w:rsidRPr="004F6872">
        <w:rPr>
          <w:rFonts w:ascii="Vazirmatn" w:hAnsi="Vazirmatn" w:cs="Vazirmatn"/>
          <w:rtl/>
        </w:rPr>
        <w:t xml:space="preserve"> صرف نام‌بردن از یک مهارت، دوره، پروژه یا مجموعه کافی نیست؛ نقش و فعالیت واقعی خود را نیز توضیح دهید.</w:t>
      </w:r>
    </w:p>
    <w:p w14:paraId="20139912" w14:textId="77777777" w:rsidR="004F6872" w:rsidRPr="004F6872" w:rsidRDefault="004F6872" w:rsidP="004F6872">
      <w:pPr>
        <w:numPr>
          <w:ilvl w:val="0"/>
          <w:numId w:val="11"/>
        </w:numPr>
        <w:bidi/>
        <w:spacing w:after="80"/>
        <w:rPr>
          <w:rFonts w:ascii="Vazirmatn" w:hAnsi="Vazirmatn" w:cs="Vazirmatn"/>
          <w:rtl/>
        </w:rPr>
      </w:pPr>
      <w:r w:rsidRPr="004F6872">
        <w:rPr>
          <w:rFonts w:ascii="Vazirmatn" w:hAnsi="Vazirmatn" w:cs="Vazirmatn"/>
          <w:b/>
          <w:bCs/>
          <w:rtl/>
        </w:rPr>
        <w:lastRenderedPageBreak/>
        <w:t>ارزیابی دقیق‌تر:</w:t>
      </w:r>
      <w:r w:rsidRPr="004F6872">
        <w:rPr>
          <w:rFonts w:ascii="Vazirmatn" w:hAnsi="Vazirmatn" w:cs="Vazirmatn"/>
          <w:rtl/>
        </w:rPr>
        <w:t xml:space="preserve"> هرچه یک سابقه مستندتر، مشخص‌تر و خروجی‌محورتر باشد، امکان بررسی دقیق‌تر آن بیشتر خواهد بود.</w:t>
      </w:r>
    </w:p>
    <w:p w14:paraId="2AE4140B" w14:textId="77777777" w:rsidR="004F6872" w:rsidRPr="004F6872" w:rsidRDefault="004F6872" w:rsidP="004F6872">
      <w:pPr>
        <w:numPr>
          <w:ilvl w:val="0"/>
          <w:numId w:val="11"/>
        </w:numPr>
        <w:bidi/>
        <w:spacing w:after="80"/>
        <w:rPr>
          <w:rFonts w:ascii="Vazirmatn" w:hAnsi="Vazirmatn" w:cs="Vazirmatn"/>
          <w:rtl/>
        </w:rPr>
      </w:pPr>
      <w:r w:rsidRPr="004F6872">
        <w:rPr>
          <w:rFonts w:ascii="Vazirmatn" w:hAnsi="Vazirmatn" w:cs="Vazirmatn"/>
          <w:b/>
          <w:bCs/>
          <w:rtl/>
        </w:rPr>
        <w:t>مستندسازی و مدارک:</w:t>
      </w:r>
      <w:r w:rsidRPr="004F6872">
        <w:rPr>
          <w:rFonts w:ascii="Vazirmatn" w:hAnsi="Vazirmatn" w:cs="Vazirmatn"/>
          <w:rtl/>
        </w:rPr>
        <w:t xml:space="preserve"> لازم نیست برای همه فعالیت‌ها حتماً گواهی رسمی داشته باشید؛ اما برای هر ادعا باید تا حد امکان شاهد، مستند، خروجی، لینک یا راهی برای بررسی آن ارائه شود.</w:t>
      </w:r>
    </w:p>
    <w:p w14:paraId="0AE1AEEF" w14:textId="77777777" w:rsidR="004F6872" w:rsidRPr="004F6872" w:rsidRDefault="004F6872" w:rsidP="004F6872">
      <w:pPr>
        <w:numPr>
          <w:ilvl w:val="0"/>
          <w:numId w:val="11"/>
        </w:numPr>
        <w:bidi/>
        <w:spacing w:after="80"/>
        <w:rPr>
          <w:rFonts w:ascii="Vazirmatn" w:hAnsi="Vazirmatn" w:cs="Vazirmatn"/>
          <w:rtl/>
        </w:rPr>
      </w:pPr>
      <w:r w:rsidRPr="004F6872">
        <w:rPr>
          <w:rFonts w:ascii="Vazirmatn" w:hAnsi="Vazirmatn" w:cs="Vazirmatn"/>
          <w:b/>
          <w:bCs/>
          <w:rtl/>
        </w:rPr>
        <w:t>پرهیز از ادعای کلی:</w:t>
      </w:r>
      <w:r w:rsidRPr="004F6872">
        <w:rPr>
          <w:rFonts w:ascii="Vazirmatn" w:hAnsi="Vazirmatn" w:cs="Vazirmatn"/>
          <w:rtl/>
        </w:rPr>
        <w:t xml:space="preserve"> ادعاهای کلی و فاقد اطلاعات قابل بررسی، ارزش ارزیابی محدودی خواهند داشت.</w:t>
      </w:r>
    </w:p>
    <w:p w14:paraId="0F00BE80" w14:textId="77777777" w:rsidR="004F6872" w:rsidRPr="004F6872" w:rsidRDefault="00000000" w:rsidP="004F6872">
      <w:pPr>
        <w:bidi/>
        <w:spacing w:after="80"/>
        <w:ind w:left="288"/>
        <w:rPr>
          <w:rFonts w:ascii="Vazirmatn" w:hAnsi="Vazirmatn" w:cs="Vazirmatn"/>
          <w:rtl/>
        </w:rPr>
      </w:pPr>
      <w:r>
        <w:rPr>
          <w:rFonts w:ascii="Vazirmatn" w:hAnsi="Vazirmatn" w:cs="Vazirmatn"/>
        </w:rPr>
        <w:pict w14:anchorId="638AFFDE">
          <v:rect id="_x0000_i1026" style="width:0;height:1.5pt" o:hralign="right" o:hrstd="t" o:hr="t" fillcolor="#a0a0a0" stroked="f"/>
        </w:pict>
      </w:r>
    </w:p>
    <w:p w14:paraId="78833FD9" w14:textId="2DAC331E" w:rsidR="007E0DB0" w:rsidRPr="000707FC" w:rsidRDefault="004F6872" w:rsidP="000707FC">
      <w:pPr>
        <w:bidi/>
        <w:spacing w:after="80"/>
        <w:ind w:left="288"/>
        <w:rPr>
          <w:rFonts w:ascii="Vazirmatn" w:hAnsi="Vazirmatn" w:cs="Vazirmatn"/>
          <w:color w:val="FF0000"/>
        </w:rPr>
      </w:pPr>
      <w:r w:rsidRPr="004F6872">
        <w:rPr>
          <w:rFonts w:ascii="Vazirmatn" w:hAnsi="Vazirmatn" w:cs="Vazirmatn"/>
          <w:b/>
          <w:bCs/>
          <w:color w:val="FF0000"/>
          <w:rtl/>
        </w:rPr>
        <w:t>توجه مهم</w:t>
      </w:r>
      <w:r w:rsidRPr="004F6872">
        <w:rPr>
          <w:rFonts w:ascii="Vazirmatn" w:hAnsi="Vazirmatn" w:cs="Vazirmatn"/>
          <w:b/>
          <w:bCs/>
          <w:color w:val="FF0000"/>
        </w:rPr>
        <w:t>:</w:t>
      </w:r>
      <w:r w:rsidRPr="004F6872">
        <w:rPr>
          <w:rFonts w:ascii="Vazirmatn" w:hAnsi="Vazirmatn" w:cs="Vazirmatn"/>
          <w:color w:val="FF0000"/>
        </w:rPr>
        <w:t xml:space="preserve"> </w:t>
      </w:r>
      <w:r w:rsidRPr="004F6872">
        <w:rPr>
          <w:rFonts w:ascii="Vazirmatn" w:hAnsi="Vazirmatn" w:cs="Vazirmatn"/>
          <w:color w:val="FF0000"/>
          <w:rtl/>
        </w:rPr>
        <w:t>بخش «سوابق تکمیلی» صرفاً برای ثبت مواردی است که واقعاً امکان درج مناسب آن‌ها در ساختار اصلی قالب وجود ندارد و نباید به‌عنوان جایگزین بخش‌های اصلی رزومه یا ارسال اطلاعات خارج از ساختار اعلام‌شده استفاده شود</w:t>
      </w:r>
      <w:r w:rsidRPr="004F6872">
        <w:rPr>
          <w:rFonts w:ascii="Vazirmatn" w:hAnsi="Vazirmatn" w:cs="Vazirmatn"/>
          <w:color w:val="FF0000"/>
        </w:rPr>
        <w:t>.</w:t>
      </w:r>
    </w:p>
    <w:p w14:paraId="210D71E3" w14:textId="02569064" w:rsidR="003F3233" w:rsidRPr="00181F75" w:rsidRDefault="00000000" w:rsidP="00D10930">
      <w:pPr>
        <w:keepNext/>
        <w:pBdr>
          <w:bottom w:val="single" w:sz="12" w:space="6" w:color="005F73"/>
        </w:pBdr>
        <w:bidi/>
        <w:spacing w:before="320" w:after="160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sz w:val="28"/>
          <w:szCs w:val="28"/>
          <w:rtl/>
        </w:rPr>
        <w:t>۱. اطلاعات فردی و تحصیلی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F3233" w:rsidRPr="00181F75" w14:paraId="328359F1" w14:textId="77777777">
        <w:tc>
          <w:tcPr>
            <w:tcW w:w="4680" w:type="dxa"/>
            <w:tcBorders>
              <w:top w:val="nil"/>
              <w:left w:val="nil"/>
              <w:bottom w:val="single" w:sz="6" w:space="0" w:color="B0C4DE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BD6C2FF" w14:textId="77777777" w:rsidR="003F3233" w:rsidRPr="00181F75" w:rsidRDefault="00000000" w:rsidP="00D10930">
            <w:pPr>
              <w:bidi/>
              <w:spacing w:before="80" w:after="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1"/>
                <w:szCs w:val="21"/>
                <w:rtl/>
              </w:rPr>
              <w:t xml:space="preserve">نام و نام خانوادگی: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6" w:space="0" w:color="B0C4DE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9036696" w14:textId="77777777" w:rsidR="003F3233" w:rsidRPr="00181F75" w:rsidRDefault="00000000" w:rsidP="00D10930">
            <w:pPr>
              <w:bidi/>
              <w:spacing w:before="80" w:after="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1"/>
                <w:szCs w:val="21"/>
                <w:rtl/>
              </w:rPr>
              <w:t xml:space="preserve">رشته تحصیلی: </w:t>
            </w:r>
          </w:p>
        </w:tc>
      </w:tr>
      <w:tr w:rsidR="003F3233" w:rsidRPr="00181F75" w14:paraId="0E3C78A1" w14:textId="77777777">
        <w:tc>
          <w:tcPr>
            <w:tcW w:w="4680" w:type="dxa"/>
            <w:tcBorders>
              <w:top w:val="nil"/>
              <w:left w:val="nil"/>
              <w:bottom w:val="single" w:sz="6" w:space="0" w:color="B0C4DE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41E3708" w14:textId="77777777" w:rsidR="003F3233" w:rsidRPr="00181F75" w:rsidRDefault="00000000" w:rsidP="00D10930">
            <w:pPr>
              <w:bidi/>
              <w:spacing w:before="80" w:after="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1"/>
                <w:szCs w:val="21"/>
                <w:rtl/>
              </w:rPr>
              <w:t xml:space="preserve">کد ملی: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6" w:space="0" w:color="B0C4DE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6322EDC" w14:textId="77777777" w:rsidR="003F3233" w:rsidRPr="00181F75" w:rsidRDefault="00000000" w:rsidP="00D10930">
            <w:pPr>
              <w:bidi/>
              <w:spacing w:before="80" w:after="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1"/>
                <w:szCs w:val="21"/>
                <w:rtl/>
              </w:rPr>
              <w:t xml:space="preserve">مقطع تحصیلی: </w:t>
            </w:r>
          </w:p>
        </w:tc>
      </w:tr>
      <w:tr w:rsidR="003F3233" w:rsidRPr="00181F75" w14:paraId="56EDF173" w14:textId="77777777">
        <w:tc>
          <w:tcPr>
            <w:tcW w:w="4680" w:type="dxa"/>
            <w:tcBorders>
              <w:top w:val="nil"/>
              <w:left w:val="nil"/>
              <w:bottom w:val="single" w:sz="6" w:space="0" w:color="B0C4DE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0EC6FA3" w14:textId="77777777" w:rsidR="003F3233" w:rsidRPr="00181F75" w:rsidRDefault="00000000" w:rsidP="00D10930">
            <w:pPr>
              <w:bidi/>
              <w:spacing w:before="80" w:after="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1"/>
                <w:szCs w:val="21"/>
                <w:rtl/>
              </w:rPr>
              <w:t xml:space="preserve">شماره دانشجویی: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6" w:space="0" w:color="B0C4DE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9838E11" w14:textId="77777777" w:rsidR="003F3233" w:rsidRPr="00181F75" w:rsidRDefault="00000000" w:rsidP="00D10930">
            <w:pPr>
              <w:bidi/>
              <w:spacing w:before="80" w:after="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1"/>
                <w:szCs w:val="21"/>
                <w:rtl/>
              </w:rPr>
              <w:t xml:space="preserve">سال ورود: </w:t>
            </w:r>
          </w:p>
        </w:tc>
      </w:tr>
      <w:tr w:rsidR="003F3233" w:rsidRPr="00181F75" w14:paraId="0BFA1B18" w14:textId="77777777">
        <w:tc>
          <w:tcPr>
            <w:tcW w:w="4680" w:type="dxa"/>
            <w:tcBorders>
              <w:top w:val="nil"/>
              <w:left w:val="nil"/>
              <w:bottom w:val="single" w:sz="6" w:space="0" w:color="B0C4DE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154A95D" w14:textId="1B6EB5D8" w:rsidR="003F3233" w:rsidRPr="00181F75" w:rsidRDefault="00CA5343" w:rsidP="00D10930">
            <w:pPr>
              <w:bidi/>
              <w:spacing w:before="80" w:after="80"/>
              <w:rPr>
                <w:rFonts w:ascii="Vazirmatn" w:hAnsi="Vazirmatn" w:cs="Vazirmatn"/>
              </w:rPr>
            </w:pPr>
            <w:r>
              <w:rPr>
                <w:rFonts w:ascii="Vazirmatn" w:hAnsi="Vazirmatn" w:cs="Vazirmatn" w:hint="cs"/>
                <w:b/>
                <w:bCs/>
                <w:color w:val="323232"/>
                <w:sz w:val="21"/>
                <w:szCs w:val="21"/>
                <w:rtl/>
              </w:rPr>
              <w:t>نام کامل دانشگاه</w:t>
            </w:r>
            <w:r w:rsidRPr="00181F75">
              <w:rPr>
                <w:rFonts w:ascii="Vazirmatn" w:hAnsi="Vazirmatn" w:cs="Vazirmatn"/>
                <w:b/>
                <w:bCs/>
                <w:color w:val="323232"/>
                <w:sz w:val="21"/>
                <w:szCs w:val="21"/>
                <w:rtl/>
              </w:rPr>
              <w:t xml:space="preserve">: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6" w:space="0" w:color="B0C4DE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7F20D6F" w14:textId="77777777" w:rsidR="003F3233" w:rsidRPr="00181F75" w:rsidRDefault="00000000" w:rsidP="00D10930">
            <w:pPr>
              <w:bidi/>
              <w:spacing w:before="80" w:after="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1"/>
                <w:szCs w:val="21"/>
                <w:rtl/>
              </w:rPr>
              <w:t xml:space="preserve">معدل کل: </w:t>
            </w:r>
          </w:p>
        </w:tc>
      </w:tr>
      <w:tr w:rsidR="003F3233" w:rsidRPr="00181F75" w14:paraId="78B28D12" w14:textId="77777777">
        <w:tc>
          <w:tcPr>
            <w:tcW w:w="4680" w:type="dxa"/>
            <w:tcBorders>
              <w:top w:val="nil"/>
              <w:left w:val="nil"/>
              <w:bottom w:val="single" w:sz="6" w:space="0" w:color="B0C4DE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4EE1671" w14:textId="77777777" w:rsidR="003F3233" w:rsidRPr="00181F75" w:rsidRDefault="00000000" w:rsidP="00D10930">
            <w:pPr>
              <w:bidi/>
              <w:spacing w:before="80" w:after="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1"/>
                <w:szCs w:val="21"/>
                <w:rtl/>
              </w:rPr>
              <w:t xml:space="preserve">دانشکده: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6" w:space="0" w:color="B0C4DE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CDF970D" w14:textId="77777777" w:rsidR="003F3233" w:rsidRPr="00181F75" w:rsidRDefault="00000000" w:rsidP="00D10930">
            <w:pPr>
              <w:bidi/>
              <w:spacing w:before="80" w:after="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1"/>
                <w:szCs w:val="21"/>
                <w:rtl/>
              </w:rPr>
              <w:t xml:space="preserve">شماره تماس: </w:t>
            </w:r>
          </w:p>
        </w:tc>
      </w:tr>
      <w:tr w:rsidR="00181F75" w:rsidRPr="00181F75" w14:paraId="5266919D" w14:textId="77777777">
        <w:tc>
          <w:tcPr>
            <w:tcW w:w="4680" w:type="dxa"/>
            <w:tcBorders>
              <w:top w:val="nil"/>
              <w:left w:val="nil"/>
              <w:bottom w:val="single" w:sz="6" w:space="0" w:color="B0C4DE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4DAEEB3" w14:textId="07C667C5" w:rsidR="00181F75" w:rsidRPr="00181F75" w:rsidRDefault="00CA5343" w:rsidP="00D10930">
            <w:pPr>
              <w:bidi/>
              <w:spacing w:before="80" w:after="80"/>
              <w:rPr>
                <w:rFonts w:ascii="Vazirmatn" w:hAnsi="Vazirmatn" w:cs="Vazirmatn"/>
                <w:lang w:bidi="fa-IR"/>
              </w:rPr>
            </w:pPr>
            <w:r>
              <w:rPr>
                <w:rFonts w:ascii="Vazirmatn" w:hAnsi="Vazirmatn" w:cs="Vazirmatn" w:hint="cs"/>
                <w:b/>
                <w:bCs/>
                <w:color w:val="323232"/>
                <w:sz w:val="21"/>
                <w:szCs w:val="21"/>
                <w:rtl/>
              </w:rPr>
              <w:t>ایدی بله و تلگرام: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6" w:space="0" w:color="B0C4DE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E0434B4" w14:textId="5ECB2B71" w:rsidR="00181F75" w:rsidRPr="00181F75" w:rsidRDefault="00181F75" w:rsidP="00D10930">
            <w:pPr>
              <w:bidi/>
              <w:spacing w:before="80" w:after="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1"/>
                <w:szCs w:val="21"/>
                <w:rtl/>
              </w:rPr>
              <w:t xml:space="preserve">ایمیل: </w:t>
            </w:r>
          </w:p>
        </w:tc>
      </w:tr>
    </w:tbl>
    <w:p w14:paraId="1D77CD9E" w14:textId="461416FA" w:rsidR="00D10930" w:rsidRPr="00D10930" w:rsidRDefault="00D10930" w:rsidP="00D10930">
      <w:pPr>
        <w:bidi/>
        <w:spacing w:after="360" w:line="300" w:lineRule="auto"/>
        <w:rPr>
          <w:rFonts w:hint="eastAsia"/>
        </w:rPr>
      </w:pPr>
    </w:p>
    <w:tbl>
      <w:tblPr>
        <w:tblStyle w:val="ListTable3-Accent5"/>
        <w:bidiVisual/>
        <w:tblW w:w="0" w:type="auto"/>
        <w:tblLook w:val="04A0" w:firstRow="1" w:lastRow="0" w:firstColumn="1" w:lastColumn="0" w:noHBand="0" w:noVBand="1"/>
      </w:tblPr>
      <w:tblGrid>
        <w:gridCol w:w="3183"/>
        <w:gridCol w:w="3199"/>
        <w:gridCol w:w="3194"/>
      </w:tblGrid>
      <w:tr w:rsidR="007E0DB0" w:rsidRPr="00D10930" w14:paraId="1A2A0B5D" w14:textId="77777777" w:rsidTr="007E0D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8" w:type="dxa"/>
            <w:shd w:val="clear" w:color="auto" w:fill="808080" w:themeFill="background1" w:themeFillShade="80"/>
          </w:tcPr>
          <w:p w14:paraId="1817F719" w14:textId="77777777" w:rsidR="00D10930" w:rsidRPr="00D10930" w:rsidRDefault="00D10930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  <w:p w14:paraId="6A6F459C" w14:textId="77777777" w:rsidR="00D10930" w:rsidRPr="00D10930" w:rsidRDefault="00D1093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D10930">
              <w:rPr>
                <w:rFonts w:ascii="Vazirmatn" w:hAnsi="Vazirmatn" w:cs="Vazirmatn" w:hint="cs"/>
                <w:rtl/>
              </w:rPr>
              <w:t>عکس پرسنلی</w:t>
            </w:r>
          </w:p>
        </w:tc>
        <w:tc>
          <w:tcPr>
            <w:tcW w:w="3298" w:type="dxa"/>
            <w:shd w:val="clear" w:color="auto" w:fill="808080" w:themeFill="background1" w:themeFillShade="80"/>
          </w:tcPr>
          <w:p w14:paraId="49CE4F1B" w14:textId="77777777" w:rsidR="00D10930" w:rsidRPr="00D10930" w:rsidRDefault="00D10930" w:rsidP="00D10930">
            <w:pPr>
              <w:bidi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 w:cs="Vazirmatn"/>
              </w:rPr>
            </w:pPr>
          </w:p>
          <w:p w14:paraId="0ABDAC0F" w14:textId="77777777" w:rsidR="00D10930" w:rsidRPr="00D10930" w:rsidRDefault="00D10930" w:rsidP="00D10930">
            <w:pPr>
              <w:bidi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 w:cs="Vazirmatn"/>
              </w:rPr>
            </w:pPr>
            <w:r w:rsidRPr="00D10930">
              <w:rPr>
                <w:rFonts w:ascii="Vazirmatn" w:hAnsi="Vazirmatn" w:cs="Vazirmatn" w:hint="cs"/>
                <w:rtl/>
              </w:rPr>
              <w:t>تصویر کارت دانشجویی</w:t>
            </w:r>
          </w:p>
        </w:tc>
        <w:tc>
          <w:tcPr>
            <w:tcW w:w="3298" w:type="dxa"/>
            <w:shd w:val="clear" w:color="auto" w:fill="808080" w:themeFill="background1" w:themeFillShade="80"/>
          </w:tcPr>
          <w:p w14:paraId="297E687C" w14:textId="77777777" w:rsidR="00D10930" w:rsidRPr="00D10930" w:rsidRDefault="00D10930" w:rsidP="00D10930">
            <w:pPr>
              <w:bidi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 w:cs="Vazirmatn"/>
              </w:rPr>
            </w:pPr>
          </w:p>
          <w:p w14:paraId="717B16E4" w14:textId="77777777" w:rsidR="00D10930" w:rsidRPr="00D10930" w:rsidRDefault="00D10930" w:rsidP="00D10930">
            <w:pPr>
              <w:bidi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 w:cs="Vazirmatn"/>
              </w:rPr>
            </w:pPr>
            <w:r w:rsidRPr="00D10930">
              <w:rPr>
                <w:rFonts w:ascii="Vazirmatn" w:hAnsi="Vazirmatn" w:cs="Vazirmatn" w:hint="cs"/>
                <w:rtl/>
              </w:rPr>
              <w:t>تصویر کارت ملی یا صفحه اول شناسنامه</w:t>
            </w:r>
          </w:p>
        </w:tc>
      </w:tr>
      <w:tr w:rsidR="00D10930" w:rsidRPr="00D10930" w14:paraId="4B4D5DAA" w14:textId="77777777" w:rsidTr="005D3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8" w:type="dxa"/>
          </w:tcPr>
          <w:p w14:paraId="5A029CDD" w14:textId="77777777" w:rsidR="00D10930" w:rsidRPr="00D10930" w:rsidRDefault="00D10930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  <w:p w14:paraId="3148BF53" w14:textId="77777777" w:rsidR="00D10930" w:rsidRPr="00D10930" w:rsidRDefault="00D10930" w:rsidP="00D10930">
            <w:pPr>
              <w:bidi/>
              <w:spacing w:after="0"/>
              <w:rPr>
                <w:rFonts w:ascii="Vazirmatn" w:hAnsi="Vazirmatn" w:cs="Vazirmatn"/>
                <w:b w:val="0"/>
                <w:bCs w:val="0"/>
              </w:rPr>
            </w:pPr>
            <w:r w:rsidRPr="00D10930">
              <w:rPr>
                <w:rFonts w:ascii="Vazirmatn" w:hAnsi="Vazirmatn" w:cs="Vazirmatn" w:hint="cs"/>
                <w:b w:val="0"/>
                <w:bCs w:val="0"/>
                <w:rtl/>
              </w:rPr>
              <w:t>درج تصویر</w:t>
            </w:r>
          </w:p>
          <w:p w14:paraId="4EE0A25A" w14:textId="77777777" w:rsidR="00D10930" w:rsidRPr="00D10930" w:rsidRDefault="00D1093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D10930">
              <w:rPr>
                <w:rFonts w:ascii="Vazirmatn" w:hAnsi="Vazirmatn" w:cs="Vazirmatn" w:hint="cs"/>
                <w:b w:val="0"/>
                <w:bCs w:val="0"/>
                <w:rtl/>
              </w:rPr>
              <w:t>[ محل درج عکس پرسنلی ]</w:t>
            </w:r>
          </w:p>
        </w:tc>
        <w:tc>
          <w:tcPr>
            <w:tcW w:w="3298" w:type="dxa"/>
          </w:tcPr>
          <w:p w14:paraId="1AC13050" w14:textId="77777777" w:rsidR="00D10930" w:rsidRPr="00D10930" w:rsidRDefault="00D10930" w:rsidP="00D10930">
            <w:pPr>
              <w:bidi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 w:cs="Vazirmatn"/>
              </w:rPr>
            </w:pPr>
          </w:p>
          <w:p w14:paraId="006729D5" w14:textId="77777777" w:rsidR="00D10930" w:rsidRPr="00D10930" w:rsidRDefault="00D10930" w:rsidP="00D10930">
            <w:pPr>
              <w:bidi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 w:cs="Vazirmatn"/>
              </w:rPr>
            </w:pPr>
            <w:r w:rsidRPr="00D10930">
              <w:rPr>
                <w:rFonts w:ascii="Vazirmatn" w:hAnsi="Vazirmatn" w:cs="Vazirmatn" w:hint="cs"/>
                <w:b/>
                <w:rtl/>
              </w:rPr>
              <w:t>درج تصویر</w:t>
            </w:r>
          </w:p>
          <w:p w14:paraId="10BC8FC5" w14:textId="7AFC5F11" w:rsidR="00D10930" w:rsidRPr="00D10930" w:rsidRDefault="00D10930" w:rsidP="00D10930">
            <w:pPr>
              <w:bidi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 w:cs="Vazirmatn"/>
              </w:rPr>
            </w:pPr>
            <w:r w:rsidRPr="00D10930">
              <w:rPr>
                <w:rFonts w:ascii="Vazirmatn" w:hAnsi="Vazirmatn" w:cs="Vazirmatn" w:hint="cs"/>
                <w:rtl/>
              </w:rPr>
              <w:t>[ محل درج تصویر کارت دانشجویی]</w:t>
            </w:r>
          </w:p>
        </w:tc>
        <w:tc>
          <w:tcPr>
            <w:tcW w:w="3298" w:type="dxa"/>
          </w:tcPr>
          <w:p w14:paraId="2CE445AC" w14:textId="77777777" w:rsidR="00D10930" w:rsidRPr="00D10930" w:rsidRDefault="00D10930" w:rsidP="00D10930">
            <w:pPr>
              <w:bidi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 w:cs="Vazirmatn"/>
              </w:rPr>
            </w:pPr>
          </w:p>
          <w:p w14:paraId="4C5195CE" w14:textId="77777777" w:rsidR="00D10930" w:rsidRPr="00D10930" w:rsidRDefault="00D10930" w:rsidP="00D10930">
            <w:pPr>
              <w:bidi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 w:cs="Vazirmatn"/>
              </w:rPr>
            </w:pPr>
            <w:r w:rsidRPr="00D10930">
              <w:rPr>
                <w:rFonts w:ascii="Vazirmatn" w:hAnsi="Vazirmatn" w:cs="Vazirmatn" w:hint="cs"/>
                <w:b/>
                <w:rtl/>
              </w:rPr>
              <w:t>درج تصویر</w:t>
            </w:r>
          </w:p>
          <w:p w14:paraId="70ECE656" w14:textId="77777777" w:rsidR="00D10930" w:rsidRPr="00D10930" w:rsidRDefault="00D10930" w:rsidP="00D10930">
            <w:pPr>
              <w:bidi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 w:cs="Vazirmatn"/>
              </w:rPr>
            </w:pPr>
            <w:r w:rsidRPr="00D10930">
              <w:rPr>
                <w:rFonts w:ascii="Vazirmatn" w:hAnsi="Vazirmatn" w:cs="Vazirmatn" w:hint="cs"/>
                <w:rtl/>
              </w:rPr>
              <w:t>[ محل درج تصویر کارت ملی / شناسنامه ]</w:t>
            </w:r>
          </w:p>
        </w:tc>
      </w:tr>
    </w:tbl>
    <w:p w14:paraId="7BB25415" w14:textId="0B95678A" w:rsidR="003F3233" w:rsidRPr="00181F75" w:rsidRDefault="00000000" w:rsidP="00D10930">
      <w:pPr>
        <w:keepNext/>
        <w:pBdr>
          <w:bottom w:val="single" w:sz="12" w:space="6" w:color="005F73"/>
        </w:pBdr>
        <w:bidi/>
        <w:spacing w:before="320" w:after="160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sz w:val="28"/>
          <w:szCs w:val="28"/>
          <w:rtl/>
        </w:rPr>
        <w:lastRenderedPageBreak/>
        <w:t>۲. سوابق تحصیلی و یادگیری مرتبط</w:t>
      </w:r>
      <w:r w:rsidR="000707FC">
        <w:rPr>
          <w:rStyle w:val="FootnoteReference"/>
          <w:rFonts w:ascii="Vazirmatn" w:hAnsi="Vazirmatn" w:cs="Vazirmatn"/>
          <w:b/>
          <w:bCs/>
          <w:color w:val="005F73"/>
          <w:sz w:val="28"/>
          <w:szCs w:val="28"/>
          <w:rtl/>
        </w:rPr>
        <w:footnoteReference w:id="1"/>
      </w:r>
    </w:p>
    <w:p w14:paraId="0350A1F8" w14:textId="77777777" w:rsidR="003F3233" w:rsidRPr="00181F75" w:rsidRDefault="00000000" w:rsidP="00D10930">
      <w:pPr>
        <w:bidi/>
        <w:spacing w:after="160" w:line="300" w:lineRule="auto"/>
        <w:rPr>
          <w:rFonts w:ascii="Vazirmatn" w:hAnsi="Vazirmatn" w:cs="Vazirmatn"/>
        </w:rPr>
      </w:pPr>
      <w:r w:rsidRPr="00181F75">
        <w:rPr>
          <w:rFonts w:ascii="Vazirmatn" w:hAnsi="Vazirmatn" w:cs="Vazirmatn"/>
          <w:color w:val="555555"/>
          <w:sz w:val="20"/>
          <w:szCs w:val="20"/>
          <w:rtl/>
        </w:rPr>
        <w:t>در این بخش، سوابقی مانند دوره‌ها، کارگاه‌ها، مدارس آموزشی, مهارت‌آموزی، یادگیری مستقل مستند، تدریس و سایر تجربه‌های یادگیری مرتبط را ثبت کنید.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1296"/>
        <w:gridCol w:w="1152"/>
        <w:gridCol w:w="1152"/>
        <w:gridCol w:w="2160"/>
        <w:gridCol w:w="1008"/>
        <w:gridCol w:w="864"/>
      </w:tblGrid>
      <w:tr w:rsidR="003F3233" w:rsidRPr="00181F75" w14:paraId="53C5A0BB" w14:textId="77777777">
        <w:trPr>
          <w:tblHeader/>
        </w:trPr>
        <w:tc>
          <w:tcPr>
            <w:tcW w:w="1728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624FC8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عنوان دوره یا فعالیت</w:t>
            </w:r>
          </w:p>
        </w:tc>
        <w:tc>
          <w:tcPr>
            <w:tcW w:w="1296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9B7757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برگزارکننده</w:t>
            </w:r>
          </w:p>
        </w:tc>
        <w:tc>
          <w:tcPr>
            <w:tcW w:w="115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3DFA41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تاریخ / مدت</w:t>
            </w:r>
          </w:p>
        </w:tc>
        <w:tc>
          <w:tcPr>
            <w:tcW w:w="115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B66B8D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نقش یا وضعیت شما</w:t>
            </w:r>
          </w:p>
        </w:tc>
        <w:tc>
          <w:tcPr>
            <w:tcW w:w="2160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48D531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چه چیزی یاد گرفتید یا انجام دادید؟</w:t>
            </w:r>
          </w:p>
        </w:tc>
        <w:tc>
          <w:tcPr>
            <w:tcW w:w="1008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2791E5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خروجی یا شاهد</w:t>
            </w:r>
          </w:p>
        </w:tc>
        <w:tc>
          <w:tcPr>
            <w:tcW w:w="864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14B08B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لینک / مدرک</w:t>
            </w:r>
          </w:p>
        </w:tc>
      </w:tr>
      <w:tr w:rsidR="003F3233" w:rsidRPr="00181F75" w14:paraId="5C6EA20A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FB416C6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ADA98E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F2889C5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13A18B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CD30FA2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80B639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86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7F85201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1FE6AB7F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B4B43E2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177FE4F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363E1EE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9DF615F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9A7414B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080B48A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86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49AC0E3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42659F6D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F4DDCB5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919071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031B03B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D42AE16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21D5623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A7E55E0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86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BB1786C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</w:tbl>
    <w:p w14:paraId="4A8572AF" w14:textId="77777777" w:rsidR="007E0DB0" w:rsidRPr="00181F75" w:rsidRDefault="007E0DB0" w:rsidP="007E0DB0">
      <w:pPr>
        <w:bidi/>
        <w:spacing w:after="360" w:line="300" w:lineRule="auto"/>
        <w:rPr>
          <w:rFonts w:ascii="Vazirmatn" w:hAnsi="Vazirmatn" w:cs="Vazirmatn"/>
        </w:rPr>
      </w:pPr>
    </w:p>
    <w:p w14:paraId="11AAF233" w14:textId="619935C1" w:rsidR="003F3233" w:rsidRPr="00181F75" w:rsidRDefault="00000000" w:rsidP="00D10930">
      <w:pPr>
        <w:keepNext/>
        <w:pBdr>
          <w:bottom w:val="single" w:sz="12" w:space="6" w:color="005F73"/>
        </w:pBdr>
        <w:bidi/>
        <w:spacing w:before="320" w:after="160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sz w:val="28"/>
          <w:szCs w:val="28"/>
          <w:rtl/>
        </w:rPr>
        <w:t>۳. سوابق پژوهشی و علمی</w:t>
      </w:r>
      <w:r w:rsidR="000707FC">
        <w:rPr>
          <w:rStyle w:val="FootnoteReference"/>
          <w:rFonts w:ascii="Vazirmatn" w:hAnsi="Vazirmatn" w:cs="Vazirmatn"/>
          <w:b/>
          <w:bCs/>
          <w:color w:val="005F73"/>
          <w:sz w:val="28"/>
          <w:szCs w:val="28"/>
          <w:rtl/>
        </w:rPr>
        <w:footnoteReference w:id="2"/>
      </w:r>
    </w:p>
    <w:p w14:paraId="661A5482" w14:textId="77777777" w:rsidR="003F3233" w:rsidRPr="00181F75" w:rsidRDefault="00000000" w:rsidP="00D10930">
      <w:pPr>
        <w:bidi/>
        <w:spacing w:after="160" w:line="300" w:lineRule="auto"/>
        <w:rPr>
          <w:rFonts w:ascii="Vazirmatn" w:hAnsi="Vazirmatn" w:cs="Vazirmatn"/>
        </w:rPr>
      </w:pPr>
      <w:r w:rsidRPr="00181F75">
        <w:rPr>
          <w:rFonts w:ascii="Vazirmatn" w:hAnsi="Vazirmatn" w:cs="Vazirmatn"/>
          <w:color w:val="555555"/>
          <w:sz w:val="20"/>
          <w:szCs w:val="20"/>
          <w:rtl/>
        </w:rPr>
        <w:t>در این بخش، مقاله، پروژه پژوهشی، طرح تحقیقاتی، چکیده، پوستر، ارائه، تحلیل داده، همکاری پژوهشی، مرور نظام‌مند، متاآنالیز، تألیف، ترجمه و سایر فعالیت‌های علمی مرتبط را ثبت کنید.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1152"/>
        <w:gridCol w:w="1152"/>
        <w:gridCol w:w="1152"/>
        <w:gridCol w:w="2160"/>
        <w:gridCol w:w="1152"/>
        <w:gridCol w:w="864"/>
      </w:tblGrid>
      <w:tr w:rsidR="003F3233" w:rsidRPr="00181F75" w14:paraId="65D27785" w14:textId="77777777">
        <w:trPr>
          <w:tblHeader/>
        </w:trPr>
        <w:tc>
          <w:tcPr>
            <w:tcW w:w="1728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28F218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عنوان فعالیت یا پژوهش</w:t>
            </w:r>
          </w:p>
        </w:tc>
        <w:tc>
          <w:tcPr>
            <w:tcW w:w="115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DC47A8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نوع فعالیت</w:t>
            </w:r>
          </w:p>
        </w:tc>
        <w:tc>
          <w:tcPr>
            <w:tcW w:w="115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B5AFB3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سال / وضعیت فعلی</w:t>
            </w:r>
          </w:p>
        </w:tc>
        <w:tc>
          <w:tcPr>
            <w:tcW w:w="115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2264A8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نقش دقیق شما</w:t>
            </w:r>
          </w:p>
        </w:tc>
        <w:tc>
          <w:tcPr>
            <w:tcW w:w="2160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7C59F9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کاری که شخصاً انجام دادید</w:t>
            </w:r>
          </w:p>
        </w:tc>
        <w:tc>
          <w:tcPr>
            <w:tcW w:w="115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94703C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خروجی</w:t>
            </w:r>
          </w:p>
        </w:tc>
        <w:tc>
          <w:tcPr>
            <w:tcW w:w="864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A29247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لینک / DOI / مدرک</w:t>
            </w:r>
          </w:p>
        </w:tc>
      </w:tr>
      <w:tr w:rsidR="003F3233" w:rsidRPr="00181F75" w14:paraId="6FD09A24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6401F54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4FEB693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AAF162B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9F257B2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11B2CF8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A98EFBF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86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832616E" w14:textId="56F7C98F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6BE90789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0B64779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BE0B21D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61DF579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65F1539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8BE05A0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CEA7D6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86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AD9ADAF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5DEBFCF0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5D3015D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AE82A85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7B41312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24C82F8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C490703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89ECA4C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86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EC385AC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</w:tbl>
    <w:p w14:paraId="763097DE" w14:textId="77777777" w:rsidR="000707FC" w:rsidRDefault="000707FC" w:rsidP="000707FC">
      <w:pPr>
        <w:bidi/>
        <w:spacing w:before="200" w:after="80" w:line="300" w:lineRule="auto"/>
        <w:rPr>
          <w:rFonts w:ascii="Vazirmatn" w:hAnsi="Vazirmatn" w:cs="Vazirmatn"/>
          <w:b/>
          <w:bCs/>
          <w:color w:val="505050"/>
          <w:sz w:val="21"/>
          <w:szCs w:val="21"/>
        </w:rPr>
      </w:pPr>
    </w:p>
    <w:p w14:paraId="52120B7A" w14:textId="34B2C68B" w:rsidR="00181F75" w:rsidRPr="00181F75" w:rsidRDefault="00000000" w:rsidP="00D10930">
      <w:pPr>
        <w:bidi/>
        <w:spacing w:before="200" w:after="80" w:line="300" w:lineRule="auto"/>
        <w:rPr>
          <w:rFonts w:ascii="Vazirmatn" w:hAnsi="Vazirmatn" w:cs="Vazirmatn"/>
          <w:b/>
          <w:bCs/>
          <w:color w:val="505050"/>
          <w:sz w:val="21"/>
          <w:szCs w:val="21"/>
        </w:rPr>
      </w:pPr>
      <w:r w:rsidRPr="00181F75">
        <w:rPr>
          <w:rFonts w:ascii="Vazirmatn" w:hAnsi="Vazirmatn" w:cs="Vazirmatn"/>
          <w:b/>
          <w:bCs/>
          <w:color w:val="505050"/>
          <w:sz w:val="21"/>
          <w:szCs w:val="21"/>
          <w:rtl/>
        </w:rPr>
        <w:lastRenderedPageBreak/>
        <w:t>توضیح تکمیلی برای سوابق مهم پژوهشی در صورت نیاز: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3F3233" w:rsidRPr="00181F75" w14:paraId="277C2D6F" w14:textId="77777777">
        <w:tc>
          <w:tcPr>
            <w:tcW w:w="93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5D42AD6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</w:p>
        </w:tc>
      </w:tr>
    </w:tbl>
    <w:p w14:paraId="61E7BF0F" w14:textId="77777777" w:rsidR="003F3233" w:rsidRDefault="003F3233" w:rsidP="00D10930">
      <w:pPr>
        <w:bidi/>
        <w:spacing w:after="360" w:line="300" w:lineRule="auto"/>
        <w:rPr>
          <w:rFonts w:ascii="Vazirmatn" w:hAnsi="Vazirmatn" w:cs="Vazirmatn"/>
          <w:rtl/>
        </w:rPr>
      </w:pPr>
    </w:p>
    <w:p w14:paraId="72F434B0" w14:textId="77777777" w:rsidR="005D3A6C" w:rsidRDefault="005D3A6C" w:rsidP="005D3A6C">
      <w:pPr>
        <w:bidi/>
        <w:spacing w:after="360" w:line="300" w:lineRule="auto"/>
        <w:rPr>
          <w:rFonts w:ascii="Vazirmatn" w:hAnsi="Vazirmatn" w:cs="Vazirmatn"/>
          <w:rtl/>
        </w:rPr>
      </w:pPr>
    </w:p>
    <w:p w14:paraId="293F6523" w14:textId="77777777" w:rsidR="005D3A6C" w:rsidRDefault="005D3A6C" w:rsidP="005D3A6C">
      <w:pPr>
        <w:bidi/>
        <w:spacing w:after="360" w:line="300" w:lineRule="auto"/>
        <w:rPr>
          <w:rFonts w:ascii="Vazirmatn" w:hAnsi="Vazirmatn" w:cs="Vazirmatn"/>
          <w:rtl/>
        </w:rPr>
      </w:pPr>
    </w:p>
    <w:p w14:paraId="2868E31E" w14:textId="77777777" w:rsidR="005D3A6C" w:rsidRPr="00181F75" w:rsidRDefault="005D3A6C" w:rsidP="005D3A6C">
      <w:pPr>
        <w:bidi/>
        <w:spacing w:after="360" w:line="300" w:lineRule="auto"/>
        <w:rPr>
          <w:rFonts w:ascii="Vazirmatn" w:hAnsi="Vazirmatn" w:cs="Vazirmatn"/>
        </w:rPr>
      </w:pPr>
    </w:p>
    <w:p w14:paraId="12998415" w14:textId="413F1849" w:rsidR="003F3233" w:rsidRPr="00181F75" w:rsidRDefault="00000000" w:rsidP="00D10930">
      <w:pPr>
        <w:keepNext/>
        <w:pBdr>
          <w:bottom w:val="single" w:sz="12" w:space="6" w:color="005F73"/>
        </w:pBdr>
        <w:bidi/>
        <w:spacing w:before="320" w:after="160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sz w:val="28"/>
          <w:szCs w:val="28"/>
          <w:rtl/>
        </w:rPr>
        <w:t>۴. تجربه‌های عملی و پروژه‌ای</w:t>
      </w:r>
      <w:r w:rsidR="000707FC">
        <w:rPr>
          <w:rStyle w:val="FootnoteReference"/>
          <w:rFonts w:ascii="Vazirmatn" w:hAnsi="Vazirmatn" w:cs="Vazirmatn"/>
          <w:b/>
          <w:bCs/>
          <w:color w:val="005F73"/>
          <w:sz w:val="28"/>
          <w:szCs w:val="28"/>
          <w:rtl/>
        </w:rPr>
        <w:footnoteReference w:id="3"/>
      </w:r>
    </w:p>
    <w:p w14:paraId="266CE71B" w14:textId="77777777" w:rsidR="003F3233" w:rsidRPr="00181F75" w:rsidRDefault="00000000" w:rsidP="00D10930">
      <w:pPr>
        <w:bidi/>
        <w:spacing w:after="160" w:line="300" w:lineRule="auto"/>
        <w:rPr>
          <w:rFonts w:ascii="Vazirmatn" w:hAnsi="Vazirmatn" w:cs="Vazirmatn"/>
        </w:rPr>
      </w:pPr>
      <w:r w:rsidRPr="00181F75">
        <w:rPr>
          <w:rFonts w:ascii="Vazirmatn" w:hAnsi="Vazirmatn" w:cs="Vazirmatn"/>
          <w:color w:val="555555"/>
          <w:sz w:val="20"/>
          <w:szCs w:val="20"/>
          <w:rtl/>
        </w:rPr>
        <w:t>در این بخش، فعالیت‌هایی را ثبت کنید که در آن‌ها تجربه واقعی اجرا، طراحی، مدیریت، تولید، برگزاری یا انجام یک پروژه داشته‌اید.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1296"/>
        <w:gridCol w:w="1152"/>
        <w:gridCol w:w="1152"/>
        <w:gridCol w:w="2304"/>
        <w:gridCol w:w="1008"/>
        <w:gridCol w:w="720"/>
      </w:tblGrid>
      <w:tr w:rsidR="003F3233" w:rsidRPr="00181F75" w14:paraId="6D1B7024" w14:textId="77777777">
        <w:trPr>
          <w:tblHeader/>
        </w:trPr>
        <w:tc>
          <w:tcPr>
            <w:tcW w:w="1728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EAC99B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عنوان پروژه یا فعالیت</w:t>
            </w:r>
          </w:p>
        </w:tc>
        <w:tc>
          <w:tcPr>
            <w:tcW w:w="1296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450E22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مجموعه / محل اجرا</w:t>
            </w:r>
          </w:p>
        </w:tc>
        <w:tc>
          <w:tcPr>
            <w:tcW w:w="115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3C0B7C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زمان / مدت</w:t>
            </w:r>
          </w:p>
        </w:tc>
        <w:tc>
          <w:tcPr>
            <w:tcW w:w="115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918BC7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نقش شما</w:t>
            </w:r>
          </w:p>
        </w:tc>
        <w:tc>
          <w:tcPr>
            <w:tcW w:w="2304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AC5B89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دقیقاً چه کاری انجام دادید؟</w:t>
            </w:r>
          </w:p>
        </w:tc>
        <w:tc>
          <w:tcPr>
            <w:tcW w:w="1008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40758E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خروجی یا نتیجه</w:t>
            </w:r>
          </w:p>
        </w:tc>
        <w:tc>
          <w:tcPr>
            <w:tcW w:w="720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EA99CF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شاهد / لینک</w:t>
            </w:r>
          </w:p>
        </w:tc>
      </w:tr>
      <w:tr w:rsidR="003F3233" w:rsidRPr="00181F75" w14:paraId="46FC01AF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0A9FC0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4368890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B21C4FE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98F2575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30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39CC388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00623ED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72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69D2E0A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44EA6CB9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CD97E6D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ED3EBFF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3116BA8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E5BD39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30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3D10D3D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5F5BEA4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72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F9F7F7C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79FC135E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059C348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EA58556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EF90889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2C956DE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30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1168074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74ABB02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72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8F4FF89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</w:tbl>
    <w:p w14:paraId="1423B592" w14:textId="77777777" w:rsidR="00181F75" w:rsidRDefault="00181F75" w:rsidP="00D10930">
      <w:pPr>
        <w:bidi/>
        <w:spacing w:after="360" w:line="300" w:lineRule="auto"/>
        <w:rPr>
          <w:rFonts w:ascii="Vazirmatn" w:hAnsi="Vazirmatn" w:cs="Vazirmatn"/>
          <w:rtl/>
        </w:rPr>
      </w:pPr>
    </w:p>
    <w:p w14:paraId="50AB969D" w14:textId="77777777" w:rsidR="00181F75" w:rsidRDefault="00181F75" w:rsidP="00D10930">
      <w:pPr>
        <w:bidi/>
        <w:spacing w:after="360" w:line="300" w:lineRule="auto"/>
        <w:rPr>
          <w:rFonts w:ascii="Vazirmatn" w:hAnsi="Vazirmatn" w:cs="Vazirmatn"/>
          <w:rtl/>
        </w:rPr>
      </w:pPr>
    </w:p>
    <w:p w14:paraId="4FE4BD77" w14:textId="77777777" w:rsidR="00181F75" w:rsidRPr="00181F75" w:rsidRDefault="00181F75" w:rsidP="00D10930">
      <w:pPr>
        <w:bidi/>
        <w:spacing w:after="360" w:line="300" w:lineRule="auto"/>
        <w:rPr>
          <w:rFonts w:ascii="Vazirmatn" w:hAnsi="Vazirmatn" w:cs="Vazirmatn"/>
        </w:rPr>
      </w:pPr>
    </w:p>
    <w:p w14:paraId="04AED3E6" w14:textId="0C11ADD1" w:rsidR="003F3233" w:rsidRPr="00181F75" w:rsidRDefault="00000000" w:rsidP="00D10930">
      <w:pPr>
        <w:keepNext/>
        <w:pBdr>
          <w:bottom w:val="single" w:sz="12" w:space="6" w:color="005F73"/>
        </w:pBdr>
        <w:bidi/>
        <w:spacing w:before="320" w:after="160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sz w:val="28"/>
          <w:szCs w:val="28"/>
          <w:rtl/>
        </w:rPr>
        <w:t>۵. سوابق مرتبط با سلامت، فناوری و نوآوری</w:t>
      </w:r>
      <w:r w:rsidR="000707FC">
        <w:rPr>
          <w:rStyle w:val="FootnoteReference"/>
          <w:rFonts w:ascii="Vazirmatn" w:hAnsi="Vazirmatn" w:cs="Vazirmatn"/>
          <w:b/>
          <w:bCs/>
          <w:color w:val="005F73"/>
          <w:sz w:val="28"/>
          <w:szCs w:val="28"/>
          <w:rtl/>
        </w:rPr>
        <w:footnoteReference w:id="4"/>
      </w:r>
    </w:p>
    <w:p w14:paraId="4203CA76" w14:textId="77777777" w:rsidR="003F3233" w:rsidRPr="00181F75" w:rsidRDefault="00000000" w:rsidP="00D10930">
      <w:pPr>
        <w:bidi/>
        <w:spacing w:after="160" w:line="300" w:lineRule="auto"/>
        <w:rPr>
          <w:rFonts w:ascii="Vazirmatn" w:hAnsi="Vazirmatn" w:cs="Vazirmatn"/>
        </w:rPr>
      </w:pPr>
      <w:r w:rsidRPr="00181F75">
        <w:rPr>
          <w:rFonts w:ascii="Vazirmatn" w:hAnsi="Vazirmatn" w:cs="Vazirmatn"/>
          <w:color w:val="555555"/>
          <w:sz w:val="20"/>
          <w:szCs w:val="20"/>
          <w:rtl/>
        </w:rPr>
        <w:t>در این بخش، فعالیت‌ها و تجربه‌های مرتبط با محورهای سلامت و فناوری را ثبت کنید.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1296"/>
        <w:gridCol w:w="1152"/>
        <w:gridCol w:w="1152"/>
        <w:gridCol w:w="2304"/>
        <w:gridCol w:w="1008"/>
        <w:gridCol w:w="720"/>
      </w:tblGrid>
      <w:tr w:rsidR="003F3233" w:rsidRPr="00181F75" w14:paraId="7A1072C4" w14:textId="77777777">
        <w:trPr>
          <w:tblHeader/>
        </w:trPr>
        <w:tc>
          <w:tcPr>
            <w:tcW w:w="1728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7AFBA4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عنوان فعالیت / پروژه</w:t>
            </w:r>
          </w:p>
        </w:tc>
        <w:tc>
          <w:tcPr>
            <w:tcW w:w="1296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149632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حوزه یا فناوری مرتبط</w:t>
            </w:r>
          </w:p>
        </w:tc>
        <w:tc>
          <w:tcPr>
            <w:tcW w:w="115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D2F147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زمان</w:t>
            </w:r>
          </w:p>
        </w:tc>
        <w:tc>
          <w:tcPr>
            <w:tcW w:w="115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7F06F5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نقش شما</w:t>
            </w:r>
          </w:p>
        </w:tc>
        <w:tc>
          <w:tcPr>
            <w:tcW w:w="2304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3AE0DD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تجربه یا اقدام واقعی شما</w:t>
            </w:r>
          </w:p>
        </w:tc>
        <w:tc>
          <w:tcPr>
            <w:tcW w:w="1008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D13B81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خروجی / نمونه‌کار</w:t>
            </w:r>
          </w:p>
        </w:tc>
        <w:tc>
          <w:tcPr>
            <w:tcW w:w="720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E486B4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لینک / مدرک</w:t>
            </w:r>
          </w:p>
        </w:tc>
      </w:tr>
      <w:tr w:rsidR="003F3233" w:rsidRPr="00181F75" w14:paraId="4F0453B4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40FBF10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B21BE60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891427D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7B0988B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30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CD8CBE3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4129090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72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740E0FE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7C3401B0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40BFBA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AC218A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3387032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7350A7A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30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8DFBBC5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A33390E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72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A20824F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4ACCEF2C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231B9D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8B36583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54A4EE6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EC18E3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30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279CAD1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56690E9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72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AD22471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</w:tbl>
    <w:p w14:paraId="330048F2" w14:textId="77777777" w:rsidR="003F3233" w:rsidRPr="00181F75" w:rsidRDefault="003F3233" w:rsidP="00D10930">
      <w:pPr>
        <w:bidi/>
        <w:spacing w:after="360" w:line="300" w:lineRule="auto"/>
        <w:rPr>
          <w:rFonts w:ascii="Vazirmatn" w:hAnsi="Vazirmatn" w:cs="Vazirmatn"/>
        </w:rPr>
      </w:pPr>
    </w:p>
    <w:p w14:paraId="2CFB3D36" w14:textId="2BE06CCB" w:rsidR="003F3233" w:rsidRPr="00181F75" w:rsidRDefault="00000000" w:rsidP="00D10930">
      <w:pPr>
        <w:keepNext/>
        <w:pBdr>
          <w:bottom w:val="single" w:sz="12" w:space="6" w:color="005F73"/>
        </w:pBdr>
        <w:bidi/>
        <w:spacing w:before="320" w:after="160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sz w:val="28"/>
          <w:szCs w:val="28"/>
          <w:rtl/>
        </w:rPr>
        <w:t>۶. فعالیت‌های تیمی و بین‌رشته‌ای</w:t>
      </w:r>
      <w:r w:rsidR="000707FC">
        <w:rPr>
          <w:rStyle w:val="FootnoteReference"/>
          <w:rFonts w:ascii="Vazirmatn" w:hAnsi="Vazirmatn" w:cs="Vazirmatn"/>
          <w:b/>
          <w:bCs/>
          <w:color w:val="005F73"/>
          <w:sz w:val="28"/>
          <w:szCs w:val="28"/>
          <w:rtl/>
        </w:rPr>
        <w:footnoteReference w:id="5"/>
      </w:r>
    </w:p>
    <w:p w14:paraId="3D681D87" w14:textId="77777777" w:rsidR="003F3233" w:rsidRPr="00181F75" w:rsidRDefault="00000000" w:rsidP="00D10930">
      <w:pPr>
        <w:bidi/>
        <w:spacing w:after="160" w:line="300" w:lineRule="auto"/>
        <w:rPr>
          <w:rFonts w:ascii="Vazirmatn" w:hAnsi="Vazirmatn" w:cs="Vazirmatn"/>
        </w:rPr>
      </w:pPr>
      <w:r w:rsidRPr="00181F75">
        <w:rPr>
          <w:rFonts w:ascii="Vazirmatn" w:hAnsi="Vazirmatn" w:cs="Vazirmatn"/>
          <w:color w:val="555555"/>
          <w:sz w:val="20"/>
          <w:szCs w:val="20"/>
          <w:rtl/>
        </w:rPr>
        <w:t>در این بخش، فعالیت‌های گروهی، عضویت‌های فعال، پروژه‌های تیمی و تجربه‌های بین‌رشته‌ای خود را ثبت کنید.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4"/>
        <w:gridCol w:w="1008"/>
        <w:gridCol w:w="1008"/>
        <w:gridCol w:w="2160"/>
        <w:gridCol w:w="1584"/>
        <w:gridCol w:w="1152"/>
        <w:gridCol w:w="864"/>
      </w:tblGrid>
      <w:tr w:rsidR="003F3233" w:rsidRPr="00181F75" w14:paraId="2769AD89" w14:textId="77777777">
        <w:trPr>
          <w:tblHeader/>
        </w:trPr>
        <w:tc>
          <w:tcPr>
            <w:tcW w:w="1584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41A6DF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نام تیم / مجموعه / فعالیت</w:t>
            </w:r>
          </w:p>
        </w:tc>
        <w:tc>
          <w:tcPr>
            <w:tcW w:w="1008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ABA942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بازه زمانی</w:t>
            </w:r>
          </w:p>
        </w:tc>
        <w:tc>
          <w:tcPr>
            <w:tcW w:w="1008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890033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نقش شما</w:t>
            </w:r>
          </w:p>
        </w:tc>
        <w:tc>
          <w:tcPr>
            <w:tcW w:w="2160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D97959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چه کاری انجام دادید؟</w:t>
            </w:r>
          </w:p>
        </w:tc>
        <w:tc>
          <w:tcPr>
            <w:tcW w:w="1584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11167B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رشته‌ها یا اعضای تیم</w:t>
            </w:r>
          </w:p>
        </w:tc>
        <w:tc>
          <w:tcPr>
            <w:tcW w:w="115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987400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خروجی</w:t>
            </w:r>
          </w:p>
        </w:tc>
        <w:tc>
          <w:tcPr>
            <w:tcW w:w="864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A72601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شاهد / مدرک</w:t>
            </w:r>
          </w:p>
        </w:tc>
      </w:tr>
      <w:tr w:rsidR="003F3233" w:rsidRPr="00181F75" w14:paraId="4BAF96AB" w14:textId="77777777">
        <w:tc>
          <w:tcPr>
            <w:tcW w:w="158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C332AF4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2038ADF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CF3865D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5764485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58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52F9EFF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EF38012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86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E84E76F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21B97EFE" w14:textId="77777777">
        <w:tc>
          <w:tcPr>
            <w:tcW w:w="158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A33F603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671AD6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21619DD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4EB1E22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58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AEFD91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E681FEC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86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B9D6F09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2CC34CC3" w14:textId="77777777">
        <w:tc>
          <w:tcPr>
            <w:tcW w:w="158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4499E21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744393E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00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F54F6E3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9902394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58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9B1B8B0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206FC32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86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105F63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</w:tbl>
    <w:p w14:paraId="5B6491D5" w14:textId="77777777" w:rsidR="003F3233" w:rsidRDefault="003F3233" w:rsidP="00D10930">
      <w:pPr>
        <w:bidi/>
        <w:spacing w:after="360" w:line="300" w:lineRule="auto"/>
        <w:rPr>
          <w:rFonts w:ascii="Vazirmatn" w:hAnsi="Vazirmatn" w:cs="Vazirmatn"/>
          <w:rtl/>
        </w:rPr>
      </w:pPr>
    </w:p>
    <w:p w14:paraId="1F172A4F" w14:textId="77777777" w:rsidR="00181F75" w:rsidRDefault="00181F75" w:rsidP="00D10930">
      <w:pPr>
        <w:bidi/>
        <w:spacing w:after="360" w:line="300" w:lineRule="auto"/>
        <w:rPr>
          <w:rFonts w:ascii="Vazirmatn" w:hAnsi="Vazirmatn" w:cs="Vazirmatn"/>
          <w:rtl/>
        </w:rPr>
      </w:pPr>
    </w:p>
    <w:p w14:paraId="74ADDDD9" w14:textId="77777777" w:rsidR="00181F75" w:rsidRPr="00181F75" w:rsidRDefault="00181F75" w:rsidP="00D10930">
      <w:pPr>
        <w:bidi/>
        <w:spacing w:after="360" w:line="300" w:lineRule="auto"/>
        <w:rPr>
          <w:rFonts w:ascii="Vazirmatn" w:hAnsi="Vazirmatn" w:cs="Vazirmatn"/>
        </w:rPr>
      </w:pPr>
    </w:p>
    <w:p w14:paraId="3C3B6CAC" w14:textId="717E888A" w:rsidR="003F3233" w:rsidRPr="00181F75" w:rsidRDefault="00000000" w:rsidP="00D10930">
      <w:pPr>
        <w:keepNext/>
        <w:pBdr>
          <w:bottom w:val="single" w:sz="12" w:space="6" w:color="005F73"/>
        </w:pBdr>
        <w:bidi/>
        <w:spacing w:before="320" w:after="160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sz w:val="28"/>
          <w:szCs w:val="28"/>
          <w:rtl/>
        </w:rPr>
        <w:t>۷. مشارکت و مسئولیت‌پذیری حرفه‌ای</w:t>
      </w:r>
      <w:r w:rsidR="000707FC">
        <w:rPr>
          <w:rStyle w:val="FootnoteReference"/>
          <w:rFonts w:ascii="Vazirmatn" w:hAnsi="Vazirmatn" w:cs="Vazirmatn"/>
          <w:b/>
          <w:bCs/>
          <w:color w:val="005F73"/>
          <w:sz w:val="28"/>
          <w:szCs w:val="28"/>
          <w:rtl/>
        </w:rPr>
        <w:footnoteReference w:id="6"/>
      </w:r>
    </w:p>
    <w:p w14:paraId="4EC4E996" w14:textId="77777777" w:rsidR="003F3233" w:rsidRPr="00181F75" w:rsidRDefault="00000000" w:rsidP="00D10930">
      <w:pPr>
        <w:bidi/>
        <w:spacing w:after="160" w:line="300" w:lineRule="auto"/>
        <w:rPr>
          <w:rFonts w:ascii="Vazirmatn" w:hAnsi="Vazirmatn" w:cs="Vazirmatn"/>
        </w:rPr>
      </w:pPr>
      <w:r w:rsidRPr="00181F75">
        <w:rPr>
          <w:rFonts w:ascii="Vazirmatn" w:hAnsi="Vazirmatn" w:cs="Vazirmatn"/>
          <w:color w:val="555555"/>
          <w:sz w:val="20"/>
          <w:szCs w:val="20"/>
          <w:rtl/>
        </w:rPr>
        <w:t>در این بخش، مسئولیت‌های علمی، آموزشی، اجرایی، مدیریتی، داوطلبانه، اجتماعی و سایر فعالیت‌هایی را که مسئولیت مشخصی در آن‌ها داشته‌اید ثبت کنید.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1296"/>
        <w:gridCol w:w="1152"/>
        <w:gridCol w:w="1296"/>
        <w:gridCol w:w="2016"/>
        <w:gridCol w:w="1152"/>
        <w:gridCol w:w="720"/>
      </w:tblGrid>
      <w:tr w:rsidR="003F3233" w:rsidRPr="00181F75" w14:paraId="273A650F" w14:textId="77777777">
        <w:trPr>
          <w:tblHeader/>
        </w:trPr>
        <w:tc>
          <w:tcPr>
            <w:tcW w:w="1728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41F6EE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عنوان مسئولیت یا فعالیت</w:t>
            </w:r>
          </w:p>
        </w:tc>
        <w:tc>
          <w:tcPr>
            <w:tcW w:w="1296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AB07B0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مجموعه</w:t>
            </w:r>
          </w:p>
        </w:tc>
        <w:tc>
          <w:tcPr>
            <w:tcW w:w="115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52D542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بازه زمانی</w:t>
            </w:r>
          </w:p>
        </w:tc>
        <w:tc>
          <w:tcPr>
            <w:tcW w:w="1296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CC3B84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نقش و سطح مسئولیت</w:t>
            </w:r>
          </w:p>
        </w:tc>
        <w:tc>
          <w:tcPr>
            <w:tcW w:w="2016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13F838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مهم‌ترین اقدام شما</w:t>
            </w:r>
          </w:p>
        </w:tc>
        <w:tc>
          <w:tcPr>
            <w:tcW w:w="115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2637D7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نتیجه یا خروجی</w:t>
            </w:r>
          </w:p>
        </w:tc>
        <w:tc>
          <w:tcPr>
            <w:tcW w:w="720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38EF1F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شاهد / مدرک</w:t>
            </w:r>
          </w:p>
        </w:tc>
      </w:tr>
      <w:tr w:rsidR="003F3233" w:rsidRPr="00181F75" w14:paraId="1A7B28DE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643C06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038DBA0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04E6968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B2EA45A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01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7640E46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4847DC1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72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9D9255C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4BA28517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1DB9C9A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1136C2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128F474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B36E04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01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346F156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3A55F83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72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A4DF450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3B960C35" w14:textId="77777777"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4D8B001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7E4D85F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14DB5B1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D400079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01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B5EEC22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395CDCF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72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50568E7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</w:tbl>
    <w:p w14:paraId="065F2021" w14:textId="77777777" w:rsidR="003F3233" w:rsidRPr="00181F75" w:rsidRDefault="003F3233" w:rsidP="00D10930">
      <w:pPr>
        <w:bidi/>
        <w:spacing w:after="360" w:line="300" w:lineRule="auto"/>
        <w:rPr>
          <w:rFonts w:ascii="Vazirmatn" w:hAnsi="Vazirmatn" w:cs="Vazirmatn"/>
        </w:rPr>
      </w:pPr>
    </w:p>
    <w:p w14:paraId="0A60416C" w14:textId="04CCC056" w:rsidR="003F3233" w:rsidRPr="00181F75" w:rsidRDefault="00000000" w:rsidP="00D10930">
      <w:pPr>
        <w:keepNext/>
        <w:pBdr>
          <w:bottom w:val="single" w:sz="12" w:space="6" w:color="005F73"/>
        </w:pBdr>
        <w:bidi/>
        <w:spacing w:before="320" w:after="160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sz w:val="28"/>
          <w:szCs w:val="28"/>
          <w:rtl/>
        </w:rPr>
        <w:t>۸. افتخارات، جوایز و دستاوردهای شاخص</w:t>
      </w:r>
    </w:p>
    <w:p w14:paraId="29BA7EE3" w14:textId="77777777" w:rsidR="003F3233" w:rsidRPr="00181F75" w:rsidRDefault="00000000" w:rsidP="00D10930">
      <w:pPr>
        <w:bidi/>
        <w:spacing w:after="160" w:line="300" w:lineRule="auto"/>
        <w:rPr>
          <w:rFonts w:ascii="Vazirmatn" w:hAnsi="Vazirmatn" w:cs="Vazirmatn"/>
        </w:rPr>
      </w:pPr>
      <w:r w:rsidRPr="00181F75">
        <w:rPr>
          <w:rFonts w:ascii="Vazirmatn" w:hAnsi="Vazirmatn" w:cs="Vazirmatn"/>
          <w:color w:val="555555"/>
          <w:sz w:val="20"/>
          <w:szCs w:val="20"/>
          <w:rtl/>
        </w:rPr>
        <w:t>این بخش برای سوابقی مانند رتبه، جایزه، تقدیرنامه، برگزیدگی، استعداد درخشان، جشنواره، مسابقه، المپیاد، اختراع و سایر دستاوردهای شاخص است.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1728"/>
        <w:gridCol w:w="1152"/>
        <w:gridCol w:w="1296"/>
        <w:gridCol w:w="2160"/>
        <w:gridCol w:w="864"/>
      </w:tblGrid>
      <w:tr w:rsidR="003F3233" w:rsidRPr="00181F75" w14:paraId="29F2DE22" w14:textId="77777777">
        <w:trPr>
          <w:tblHeader/>
        </w:trPr>
        <w:tc>
          <w:tcPr>
            <w:tcW w:w="2160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A29C35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عنوان دستاورد</w:t>
            </w:r>
          </w:p>
        </w:tc>
        <w:tc>
          <w:tcPr>
            <w:tcW w:w="1728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4FA3F9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مرجع یا برگزارکننده</w:t>
            </w:r>
          </w:p>
        </w:tc>
        <w:tc>
          <w:tcPr>
            <w:tcW w:w="115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527814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سال</w:t>
            </w:r>
          </w:p>
        </w:tc>
        <w:tc>
          <w:tcPr>
            <w:tcW w:w="1296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D54AF7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سطح / رتبه</w:t>
            </w:r>
          </w:p>
        </w:tc>
        <w:tc>
          <w:tcPr>
            <w:tcW w:w="2160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A9CC4F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توضیح کوتاه</w:t>
            </w:r>
          </w:p>
        </w:tc>
        <w:tc>
          <w:tcPr>
            <w:tcW w:w="864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0FCB30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مدرک</w:t>
            </w:r>
          </w:p>
        </w:tc>
      </w:tr>
      <w:tr w:rsidR="003F3233" w:rsidRPr="00181F75" w14:paraId="704CFF21" w14:textId="77777777"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5409531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9A866A4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C76ACB8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FCCF485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4CD7ECF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86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A86CC01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05486337" w14:textId="77777777"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4E47ABD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C459846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4EF99AE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6E7A9C4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06879EE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86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31A5C00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0025F90E" w14:textId="77777777"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512E815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15E42D4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1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8366049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2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9189CDF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046FFE0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86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ED302F9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</w:tbl>
    <w:p w14:paraId="4BD04575" w14:textId="77777777" w:rsidR="003F3233" w:rsidRDefault="003F3233" w:rsidP="00D10930">
      <w:pPr>
        <w:bidi/>
        <w:spacing w:after="360" w:line="300" w:lineRule="auto"/>
        <w:rPr>
          <w:rFonts w:ascii="Vazirmatn" w:hAnsi="Vazirmatn" w:cs="Vazirmatn"/>
        </w:rPr>
      </w:pPr>
    </w:p>
    <w:p w14:paraId="5DD43D5D" w14:textId="77777777" w:rsidR="007E0DB0" w:rsidRPr="00181F75" w:rsidRDefault="007E0DB0" w:rsidP="007E0DB0">
      <w:pPr>
        <w:bidi/>
        <w:spacing w:after="360" w:line="300" w:lineRule="auto"/>
        <w:rPr>
          <w:rFonts w:ascii="Vazirmatn" w:hAnsi="Vazirmatn" w:cs="Vazirmatn"/>
        </w:rPr>
      </w:pPr>
    </w:p>
    <w:p w14:paraId="10057C44" w14:textId="701A67A9" w:rsidR="003F3233" w:rsidRPr="00181F75" w:rsidRDefault="00000000" w:rsidP="00D10930">
      <w:pPr>
        <w:keepNext/>
        <w:pBdr>
          <w:bottom w:val="single" w:sz="12" w:space="6" w:color="005F73"/>
        </w:pBdr>
        <w:bidi/>
        <w:spacing w:before="320" w:after="160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sz w:val="28"/>
          <w:szCs w:val="28"/>
          <w:rtl/>
        </w:rPr>
        <w:t>۹. مهم‌ترین خروجی‌ها و نمونه‌کارهای من</w:t>
      </w:r>
      <w:r w:rsidR="000707FC">
        <w:rPr>
          <w:rStyle w:val="FootnoteReference"/>
          <w:rFonts w:ascii="Vazirmatn" w:hAnsi="Vazirmatn" w:cs="Vazirmatn"/>
          <w:b/>
          <w:bCs/>
          <w:color w:val="005F73"/>
          <w:sz w:val="28"/>
          <w:szCs w:val="28"/>
          <w:rtl/>
        </w:rPr>
        <w:footnoteReference w:id="7"/>
      </w:r>
    </w:p>
    <w:p w14:paraId="3D7CE7A3" w14:textId="77777777" w:rsidR="003F3233" w:rsidRPr="00181F75" w:rsidRDefault="00000000" w:rsidP="00D10930">
      <w:pPr>
        <w:bidi/>
        <w:spacing w:after="80" w:line="300" w:lineRule="auto"/>
        <w:rPr>
          <w:rFonts w:ascii="Vazirmatn" w:hAnsi="Vazirmatn" w:cs="Vazirmatn"/>
        </w:rPr>
      </w:pPr>
      <w:r w:rsidRPr="00181F75">
        <w:rPr>
          <w:rFonts w:ascii="Vazirmatn" w:hAnsi="Vazirmatn" w:cs="Vazirmatn"/>
          <w:color w:val="555555"/>
          <w:sz w:val="20"/>
          <w:szCs w:val="20"/>
          <w:rtl/>
        </w:rPr>
        <w:t>در صورت وجود، مهم‌ترین خروجی‌های خود را در این بخش ثبت کنید.</w:t>
      </w:r>
    </w:p>
    <w:p w14:paraId="7BCF351F" w14:textId="77777777" w:rsidR="003F3233" w:rsidRPr="00181F75" w:rsidRDefault="00000000" w:rsidP="00D10930">
      <w:pPr>
        <w:bidi/>
        <w:spacing w:after="160" w:line="300" w:lineRule="auto"/>
        <w:rPr>
          <w:rFonts w:ascii="Vazirmatn" w:hAnsi="Vazirmatn" w:cs="Vazirmatn"/>
        </w:rPr>
      </w:pPr>
      <w:r w:rsidRPr="00181F75">
        <w:rPr>
          <w:rFonts w:ascii="Vazirmatn" w:hAnsi="Vazirmatn" w:cs="Vazirmatn"/>
          <w:i/>
          <w:iCs/>
          <w:color w:val="6E6E6E"/>
          <w:sz w:val="19"/>
          <w:szCs w:val="19"/>
          <w:rtl/>
        </w:rPr>
        <w:t>نمونه خروجی می‌تواند شامل مقاله، پروژه، نرم‌افزار، اپلیکیشن، کد، گزارش، محصول، ابزار، پوستر، ارائه، کتاب، دوره آموزشی، رویداد، اختراع یا نمونه‌کار باشد.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1728"/>
        <w:gridCol w:w="2160"/>
        <w:gridCol w:w="1872"/>
        <w:gridCol w:w="1440"/>
      </w:tblGrid>
      <w:tr w:rsidR="003F3233" w:rsidRPr="00181F75" w14:paraId="01F3E952" w14:textId="77777777">
        <w:trPr>
          <w:tblHeader/>
        </w:trPr>
        <w:tc>
          <w:tcPr>
            <w:tcW w:w="2160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35EF74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عنوان خروجی</w:t>
            </w:r>
          </w:p>
        </w:tc>
        <w:tc>
          <w:tcPr>
            <w:tcW w:w="1728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302575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نوع خروجی</w:t>
            </w:r>
          </w:p>
        </w:tc>
        <w:tc>
          <w:tcPr>
            <w:tcW w:w="2160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19DE10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مربوط به کدام فعالیت؟</w:t>
            </w:r>
          </w:p>
        </w:tc>
        <w:tc>
          <w:tcPr>
            <w:tcW w:w="1872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68B626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نقش شما در تولید آن</w:t>
            </w:r>
          </w:p>
        </w:tc>
        <w:tc>
          <w:tcPr>
            <w:tcW w:w="1440" w:type="dxa"/>
            <w:tcBorders>
              <w:top w:val="single" w:sz="4" w:space="0" w:color="005F73"/>
              <w:left w:val="single" w:sz="4" w:space="0" w:color="005F73"/>
              <w:bottom w:val="single" w:sz="12" w:space="0" w:color="005F73"/>
              <w:right w:val="single" w:sz="4" w:space="0" w:color="005F73"/>
            </w:tcBorders>
            <w:shd w:val="clear" w:color="auto" w:fill="005F7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209B55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FFFFFF"/>
                <w:sz w:val="19"/>
                <w:szCs w:val="19"/>
                <w:rtl/>
              </w:rPr>
              <w:t>لینک یا محل مشاهده</w:t>
            </w:r>
          </w:p>
        </w:tc>
      </w:tr>
      <w:tr w:rsidR="003F3233" w:rsidRPr="00181F75" w14:paraId="45A97E83" w14:textId="77777777"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54A8F50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8689D19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05F98ED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87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E7A5FF3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44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7BFD70A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03BE2CA2" w14:textId="77777777"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267464D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F00C23B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B280521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87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959CFEE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44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58AAA91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  <w:tr w:rsidR="003F3233" w:rsidRPr="00181F75" w14:paraId="0FF924CC" w14:textId="77777777"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1C2FFEB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7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0E0B5A3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7A4EAD4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87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CD1C532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  <w:tc>
          <w:tcPr>
            <w:tcW w:w="144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4F6F7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686E482" w14:textId="77777777" w:rsidR="003F3233" w:rsidRPr="00181F75" w:rsidRDefault="003F3233" w:rsidP="00D10930">
            <w:pPr>
              <w:bidi/>
              <w:spacing w:after="0"/>
              <w:rPr>
                <w:rFonts w:ascii="Vazirmatn" w:hAnsi="Vazirmatn" w:cs="Vazirmatn"/>
              </w:rPr>
            </w:pPr>
          </w:p>
        </w:tc>
      </w:tr>
    </w:tbl>
    <w:p w14:paraId="64056A38" w14:textId="77777777" w:rsidR="003F3233" w:rsidRPr="00181F75" w:rsidRDefault="003F3233" w:rsidP="00D10930">
      <w:pPr>
        <w:bidi/>
        <w:spacing w:after="360" w:line="300" w:lineRule="auto"/>
        <w:rPr>
          <w:rFonts w:ascii="Vazirmatn" w:hAnsi="Vazirmatn" w:cs="Vazirmatn"/>
        </w:rPr>
      </w:pPr>
    </w:p>
    <w:p w14:paraId="3EC8C474" w14:textId="77777777" w:rsidR="003F3233" w:rsidRPr="00181F75" w:rsidRDefault="00000000" w:rsidP="00D10930">
      <w:pPr>
        <w:keepNext/>
        <w:pBdr>
          <w:bottom w:val="single" w:sz="12" w:space="6" w:color="005F73"/>
        </w:pBdr>
        <w:bidi/>
        <w:spacing w:before="320" w:after="160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sz w:val="28"/>
          <w:szCs w:val="28"/>
          <w:rtl/>
        </w:rPr>
        <w:t>۱۰. سه سابقه مهم من</w:t>
      </w:r>
    </w:p>
    <w:p w14:paraId="37257560" w14:textId="77777777" w:rsidR="003F3233" w:rsidRPr="00181F75" w:rsidRDefault="00000000" w:rsidP="00D10930">
      <w:pPr>
        <w:bidi/>
        <w:spacing w:after="240" w:line="300" w:lineRule="auto"/>
        <w:rPr>
          <w:rFonts w:ascii="Vazirmatn" w:hAnsi="Vazirmatn" w:cs="Vazirmatn"/>
        </w:rPr>
      </w:pPr>
      <w:r w:rsidRPr="00181F75">
        <w:rPr>
          <w:rFonts w:ascii="Vazirmatn" w:hAnsi="Vazirmatn" w:cs="Vazirmatn"/>
          <w:color w:val="555555"/>
          <w:sz w:val="20"/>
          <w:szCs w:val="20"/>
          <w:rtl/>
        </w:rPr>
        <w:t>در این بخش، سه سابقه یا فعالیت مهم خود را انتخاب کرده و توضیح دهید که چرا این سوابق از نظر خودتان از اهمیت بیشتری برخوردار هستند.</w:t>
      </w:r>
    </w:p>
    <w:p w14:paraId="3314B88C" w14:textId="77777777" w:rsidR="003F3233" w:rsidRPr="00181F75" w:rsidRDefault="00000000" w:rsidP="00D10930">
      <w:pPr>
        <w:bidi/>
        <w:spacing w:before="120" w:after="80" w:line="300" w:lineRule="auto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rtl/>
        </w:rPr>
        <w:t>سابقه اول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3F3233" w:rsidRPr="00181F75" w14:paraId="180F4A30" w14:textId="77777777">
        <w:tc>
          <w:tcPr>
            <w:tcW w:w="93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9FBFC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CF89014" w14:textId="77777777" w:rsidR="003F3233" w:rsidRPr="00181F75" w:rsidRDefault="00000000" w:rsidP="00D10930">
            <w:pPr>
              <w:bidi/>
              <w:spacing w:after="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عنوان سابقه: </w:t>
            </w:r>
            <w:r w:rsidRPr="00181F75">
              <w:rPr>
                <w:rFonts w:ascii="Vazirmatn" w:hAnsi="Vazirmatn" w:cs="Vazirmatn"/>
                <w:color w:val="C8C8C8"/>
                <w:sz w:val="18"/>
                <w:szCs w:val="18"/>
                <w:rtl/>
              </w:rPr>
              <w:t xml:space="preserve"> . . . . . . . . . . . . . . . . . . . . . . . . . . . . . .</w:t>
            </w:r>
            <w:r w:rsidRPr="00181F75">
              <w:rPr>
                <w:rFonts w:ascii="Vazirmatn" w:hAnsi="Vazirmatn" w:cs="Vazirmatn"/>
                <w:color w:val="C8C8C8"/>
                <w:sz w:val="18"/>
                <w:szCs w:val="18"/>
                <w:rtl/>
              </w:rPr>
              <w:br/>
            </w:r>
            <w:r w:rsidRPr="00181F75">
              <w:rPr>
                <w:rFonts w:ascii="Vazirmatn" w:hAnsi="Vazirmatn" w:cs="Vazirmatn"/>
                <w:color w:val="C8C8C8"/>
                <w:sz w:val="18"/>
                <w:szCs w:val="18"/>
                <w:rtl/>
              </w:rPr>
              <w:br/>
            </w:r>
          </w:p>
          <w:p w14:paraId="26BC121B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>چرا این سابقه مهم است؟</w:t>
            </w: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</w:p>
        </w:tc>
      </w:tr>
    </w:tbl>
    <w:p w14:paraId="3F941878" w14:textId="77777777" w:rsidR="00181F75" w:rsidRPr="00181F75" w:rsidRDefault="00181F75" w:rsidP="00D10930">
      <w:pPr>
        <w:bidi/>
        <w:spacing w:after="240" w:line="300" w:lineRule="auto"/>
        <w:rPr>
          <w:rFonts w:ascii="Vazirmatn" w:hAnsi="Vazirmatn" w:cs="Vazirmatn"/>
        </w:rPr>
      </w:pPr>
    </w:p>
    <w:p w14:paraId="48B3F2E1" w14:textId="77777777" w:rsidR="003F3233" w:rsidRPr="00181F75" w:rsidRDefault="00000000" w:rsidP="00D10930">
      <w:pPr>
        <w:bidi/>
        <w:spacing w:before="120" w:after="80" w:line="300" w:lineRule="auto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rtl/>
        </w:rPr>
        <w:t>سابقه دوم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3F3233" w:rsidRPr="00181F75" w14:paraId="1ABD8C77" w14:textId="77777777">
        <w:tc>
          <w:tcPr>
            <w:tcW w:w="93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9FBFC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A797476" w14:textId="77777777" w:rsidR="003F3233" w:rsidRPr="00181F75" w:rsidRDefault="00000000" w:rsidP="00D10930">
            <w:pPr>
              <w:bidi/>
              <w:spacing w:after="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عنوان سابقه: </w:t>
            </w:r>
            <w:r w:rsidRPr="00181F75">
              <w:rPr>
                <w:rFonts w:ascii="Vazirmatn" w:hAnsi="Vazirmatn" w:cs="Vazirmatn"/>
                <w:color w:val="C8C8C8"/>
                <w:sz w:val="18"/>
                <w:szCs w:val="18"/>
                <w:rtl/>
              </w:rPr>
              <w:t xml:space="preserve"> . . . . . . . . . . . . . . . . . . . . . . . . . . . . . .</w:t>
            </w:r>
            <w:r w:rsidRPr="00181F75">
              <w:rPr>
                <w:rFonts w:ascii="Vazirmatn" w:hAnsi="Vazirmatn" w:cs="Vazirmatn"/>
                <w:color w:val="C8C8C8"/>
                <w:sz w:val="18"/>
                <w:szCs w:val="18"/>
                <w:rtl/>
              </w:rPr>
              <w:br/>
            </w:r>
            <w:r w:rsidRPr="00181F75">
              <w:rPr>
                <w:rFonts w:ascii="Vazirmatn" w:hAnsi="Vazirmatn" w:cs="Vazirmatn"/>
                <w:color w:val="C8C8C8"/>
                <w:sz w:val="18"/>
                <w:szCs w:val="18"/>
                <w:rtl/>
              </w:rPr>
              <w:br/>
            </w:r>
          </w:p>
          <w:p w14:paraId="60759AB9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>چرا این سابقه مهم است؟</w:t>
            </w: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</w:p>
        </w:tc>
      </w:tr>
    </w:tbl>
    <w:p w14:paraId="5F5BE51A" w14:textId="77777777" w:rsidR="007E0DB0" w:rsidRDefault="007E0DB0" w:rsidP="007E0DB0">
      <w:pPr>
        <w:bidi/>
        <w:spacing w:after="240" w:line="300" w:lineRule="auto"/>
        <w:rPr>
          <w:rFonts w:ascii="Vazirmatn" w:hAnsi="Vazirmatn" w:cs="Vazirmatn"/>
          <w:rtl/>
        </w:rPr>
      </w:pPr>
    </w:p>
    <w:p w14:paraId="509E908D" w14:textId="77777777" w:rsidR="007E0DB0" w:rsidRDefault="007E0DB0" w:rsidP="007E0DB0">
      <w:pPr>
        <w:bidi/>
        <w:spacing w:after="240" w:line="300" w:lineRule="auto"/>
        <w:rPr>
          <w:rFonts w:ascii="Vazirmatn" w:hAnsi="Vazirmatn" w:cs="Vazirmatn"/>
          <w:rtl/>
        </w:rPr>
      </w:pPr>
    </w:p>
    <w:p w14:paraId="4EC3331F" w14:textId="77777777" w:rsidR="007E0DB0" w:rsidRPr="00181F75" w:rsidRDefault="007E0DB0" w:rsidP="007E0DB0">
      <w:pPr>
        <w:bidi/>
        <w:spacing w:after="240" w:line="300" w:lineRule="auto"/>
        <w:rPr>
          <w:rFonts w:ascii="Vazirmatn" w:hAnsi="Vazirmatn" w:cs="Vazirmatn"/>
        </w:rPr>
      </w:pPr>
    </w:p>
    <w:p w14:paraId="650AD278" w14:textId="77777777" w:rsidR="003F3233" w:rsidRPr="00181F75" w:rsidRDefault="00000000" w:rsidP="00D10930">
      <w:pPr>
        <w:bidi/>
        <w:spacing w:before="120" w:after="80" w:line="300" w:lineRule="auto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rtl/>
        </w:rPr>
        <w:t>سابقه سوم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3F3233" w:rsidRPr="00181F75" w14:paraId="4638D100" w14:textId="77777777">
        <w:tc>
          <w:tcPr>
            <w:tcW w:w="93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9FBFC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B3938E8" w14:textId="77777777" w:rsidR="003F3233" w:rsidRPr="00181F75" w:rsidRDefault="00000000" w:rsidP="00D10930">
            <w:pPr>
              <w:bidi/>
              <w:spacing w:after="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عنوان سابقه: </w:t>
            </w:r>
            <w:r w:rsidRPr="00181F75">
              <w:rPr>
                <w:rFonts w:ascii="Vazirmatn" w:hAnsi="Vazirmatn" w:cs="Vazirmatn"/>
                <w:color w:val="C8C8C8"/>
                <w:sz w:val="18"/>
                <w:szCs w:val="18"/>
                <w:rtl/>
              </w:rPr>
              <w:t xml:space="preserve"> . . . . . . . . . . . . . . . . . . . . . . . . . . . . . .</w:t>
            </w:r>
            <w:r w:rsidRPr="00181F75">
              <w:rPr>
                <w:rFonts w:ascii="Vazirmatn" w:hAnsi="Vazirmatn" w:cs="Vazirmatn"/>
                <w:color w:val="C8C8C8"/>
                <w:sz w:val="18"/>
                <w:szCs w:val="18"/>
                <w:rtl/>
              </w:rPr>
              <w:br/>
            </w:r>
            <w:r w:rsidRPr="00181F75">
              <w:rPr>
                <w:rFonts w:ascii="Vazirmatn" w:hAnsi="Vazirmatn" w:cs="Vazirmatn"/>
                <w:color w:val="C8C8C8"/>
                <w:sz w:val="18"/>
                <w:szCs w:val="18"/>
                <w:rtl/>
              </w:rPr>
              <w:br/>
            </w:r>
          </w:p>
          <w:p w14:paraId="0D490B07" w14:textId="77777777" w:rsidR="003F3233" w:rsidRPr="00181F75" w:rsidRDefault="00000000" w:rsidP="00D10930">
            <w:pPr>
              <w:bidi/>
              <w:spacing w:after="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>چرا این سابقه مهم است؟</w:t>
            </w: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</w:p>
        </w:tc>
      </w:tr>
    </w:tbl>
    <w:p w14:paraId="5D277E8F" w14:textId="77777777" w:rsidR="003F3233" w:rsidRDefault="003F3233" w:rsidP="00D10930">
      <w:pPr>
        <w:bidi/>
        <w:spacing w:after="240" w:line="300" w:lineRule="auto"/>
        <w:rPr>
          <w:rFonts w:ascii="Vazirmatn" w:hAnsi="Vazirmatn" w:cs="Vazirmatn"/>
          <w:rtl/>
        </w:rPr>
      </w:pPr>
    </w:p>
    <w:p w14:paraId="11FA016D" w14:textId="77777777" w:rsidR="004F6872" w:rsidRDefault="004F6872" w:rsidP="004F6872">
      <w:pPr>
        <w:bidi/>
        <w:spacing w:after="240" w:line="300" w:lineRule="auto"/>
        <w:rPr>
          <w:rFonts w:ascii="Vazirmatn" w:hAnsi="Vazirmatn" w:cs="Vazirmatn"/>
          <w:rtl/>
        </w:rPr>
      </w:pPr>
    </w:p>
    <w:p w14:paraId="3624541B" w14:textId="77777777" w:rsidR="004F6872" w:rsidRDefault="004F6872" w:rsidP="004F6872">
      <w:pPr>
        <w:bidi/>
        <w:spacing w:after="240" w:line="300" w:lineRule="auto"/>
        <w:rPr>
          <w:rFonts w:ascii="Vazirmatn" w:hAnsi="Vazirmatn" w:cs="Vazirmatn"/>
          <w:rtl/>
        </w:rPr>
      </w:pPr>
    </w:p>
    <w:p w14:paraId="350E9AFA" w14:textId="77777777" w:rsidR="00E6423E" w:rsidRDefault="00E6423E" w:rsidP="00E6423E">
      <w:pPr>
        <w:bidi/>
        <w:spacing w:after="240" w:line="300" w:lineRule="auto"/>
        <w:rPr>
          <w:rFonts w:ascii="Vazirmatn" w:hAnsi="Vazirmatn" w:cs="Vazirmatn"/>
          <w:rtl/>
        </w:rPr>
      </w:pPr>
    </w:p>
    <w:p w14:paraId="49E66588" w14:textId="77777777" w:rsidR="00E6423E" w:rsidRDefault="00E6423E" w:rsidP="00E6423E">
      <w:pPr>
        <w:bidi/>
        <w:spacing w:after="240" w:line="300" w:lineRule="auto"/>
        <w:rPr>
          <w:rFonts w:ascii="Vazirmatn" w:hAnsi="Vazirmatn" w:cs="Vazirmatn"/>
          <w:rtl/>
        </w:rPr>
      </w:pPr>
    </w:p>
    <w:p w14:paraId="0CAEA939" w14:textId="5BF1BE8B" w:rsidR="00E6423E" w:rsidRPr="00E6423E" w:rsidRDefault="00E6423E" w:rsidP="00E6423E">
      <w:pPr>
        <w:keepNext/>
        <w:pBdr>
          <w:bottom w:val="single" w:sz="12" w:space="6" w:color="005F73"/>
        </w:pBdr>
        <w:bidi/>
        <w:spacing w:before="320" w:after="160"/>
        <w:rPr>
          <w:rFonts w:ascii="Vazirmatn" w:hAnsi="Vazirmatn" w:cs="Vazirmatn"/>
          <w:b/>
          <w:bCs/>
          <w:color w:val="005F73"/>
          <w:sz w:val="28"/>
          <w:szCs w:val="28"/>
        </w:rPr>
      </w:pPr>
      <w:r>
        <w:rPr>
          <w:rFonts w:ascii="Vazirmatn" w:hAnsi="Vazirmatn" w:cs="Vazirmatn" w:hint="cs"/>
          <w:b/>
          <w:bCs/>
          <w:color w:val="005F73"/>
          <w:sz w:val="28"/>
          <w:szCs w:val="28"/>
          <w:rtl/>
        </w:rPr>
        <w:t>۱۱</w:t>
      </w:r>
      <w:r w:rsidRPr="00181F75">
        <w:rPr>
          <w:rFonts w:ascii="Vazirmatn" w:hAnsi="Vazirmatn" w:cs="Vazirmatn"/>
          <w:b/>
          <w:bCs/>
          <w:color w:val="005F73"/>
          <w:sz w:val="28"/>
          <w:szCs w:val="28"/>
          <w:rtl/>
        </w:rPr>
        <w:t xml:space="preserve">. </w:t>
      </w:r>
      <w:r w:rsidRPr="00E6423E">
        <w:rPr>
          <w:rFonts w:ascii="Vazirmatn" w:hAnsi="Vazirmatn" w:cs="Vazirmatn"/>
          <w:b/>
          <w:bCs/>
          <w:color w:val="005F73"/>
          <w:sz w:val="28"/>
          <w:szCs w:val="28"/>
          <w:rtl/>
        </w:rPr>
        <w:t>شناخت مسیر، انگیزه و ظرفیت رشد داوطلب</w:t>
      </w:r>
    </w:p>
    <w:p w14:paraId="1AD13535" w14:textId="77777777" w:rsidR="00E6423E" w:rsidRDefault="00E6423E" w:rsidP="00E6423E">
      <w:pPr>
        <w:bidi/>
        <w:spacing w:after="240" w:line="300" w:lineRule="auto"/>
        <w:rPr>
          <w:rFonts w:ascii="Vazirmatn" w:hAnsi="Vazirmatn" w:cs="Vazirmatn"/>
          <w:sz w:val="20"/>
          <w:szCs w:val="20"/>
          <w:rtl/>
        </w:rPr>
      </w:pPr>
      <w:r w:rsidRPr="00E6423E">
        <w:rPr>
          <w:rFonts w:ascii="Vazirmatn" w:hAnsi="Vazirmatn" w:cs="Vazirmatn"/>
          <w:sz w:val="20"/>
          <w:szCs w:val="20"/>
          <w:rtl/>
        </w:rPr>
        <w:t>این بخش برای شناخت بهتر مسیر یادگیری، انگیزه و زمینه‌های رشد داوطلب طراحی شده است و جایگزین ثبت سوابق و مستندات رسمی پرونده نیست</w:t>
      </w:r>
      <w:r w:rsidRPr="00E6423E">
        <w:rPr>
          <w:rFonts w:ascii="Vazirmatn" w:hAnsi="Vazirmatn" w:cs="Vazirmatn"/>
          <w:sz w:val="20"/>
          <w:szCs w:val="20"/>
        </w:rPr>
        <w:t>.</w:t>
      </w:r>
    </w:p>
    <w:p w14:paraId="4B0BC471" w14:textId="7C887A85" w:rsidR="00E6423E" w:rsidRPr="00E6423E" w:rsidRDefault="00E6423E" w:rsidP="00E6423E">
      <w:pPr>
        <w:bidi/>
        <w:spacing w:after="240" w:line="300" w:lineRule="auto"/>
        <w:rPr>
          <w:rFonts w:ascii="Vazirmatn" w:hAnsi="Vazirmatn" w:cs="Vazirmatn"/>
          <w:sz w:val="20"/>
          <w:szCs w:val="20"/>
          <w:rtl/>
        </w:rPr>
      </w:pPr>
      <w:r w:rsidRPr="00E6423E">
        <w:rPr>
          <w:rFonts w:ascii="Vazirmatn" w:hAnsi="Vazirmatn" w:cs="Vazirmatn"/>
          <w:sz w:val="20"/>
          <w:szCs w:val="20"/>
        </w:rPr>
        <w:br/>
      </w:r>
      <w:r w:rsidRPr="00E6423E">
        <w:rPr>
          <w:rFonts w:ascii="Vazirmatn" w:hAnsi="Vazirmatn" w:cs="Vazirmatn"/>
          <w:sz w:val="20"/>
          <w:szCs w:val="20"/>
          <w:rtl/>
        </w:rPr>
        <w:t>لطفاً پاسخ‌ها را با تکیه بر تجربه واقعی خود و به‌صورت روشن، صادقانه و مختصر بنویسید</w:t>
      </w:r>
      <w:r w:rsidRPr="00E6423E">
        <w:rPr>
          <w:rFonts w:ascii="Vazirmatn" w:hAnsi="Vazirmatn" w:cs="Vazirmatn"/>
          <w:sz w:val="20"/>
          <w:szCs w:val="20"/>
        </w:rPr>
        <w:t>.</w:t>
      </w:r>
    </w:p>
    <w:p w14:paraId="1D7C110C" w14:textId="71F025B3" w:rsidR="00E6423E" w:rsidRPr="00181F75" w:rsidRDefault="00E6423E" w:rsidP="00E6423E">
      <w:pPr>
        <w:bidi/>
        <w:spacing w:before="120" w:after="80" w:line="300" w:lineRule="auto"/>
        <w:rPr>
          <w:rFonts w:ascii="Vazirmatn" w:hAnsi="Vazirmatn" w:cs="Vazirmatn"/>
        </w:rPr>
      </w:pPr>
      <w:r>
        <w:rPr>
          <w:rFonts w:ascii="Vazirmatn" w:hAnsi="Vazirmatn" w:cs="Vazirmatn" w:hint="cs"/>
          <w:b/>
          <w:bCs/>
          <w:color w:val="005F73"/>
          <w:rtl/>
        </w:rPr>
        <w:t xml:space="preserve">۱ </w:t>
      </w:r>
      <w:r w:rsidRPr="00E6423E">
        <w:rPr>
          <w:rFonts w:ascii="Vazirmatn" w:hAnsi="Vazirmatn" w:cs="Vazirmatn"/>
          <w:b/>
          <w:bCs/>
          <w:color w:val="005F73"/>
          <w:rtl/>
        </w:rPr>
        <w:t xml:space="preserve">. </w:t>
      </w:r>
      <w:r w:rsidRPr="00E6423E">
        <w:rPr>
          <w:rFonts w:ascii="Vazirmatn" w:hAnsi="Vazirmatn" w:cs="Vazirmatn" w:hint="cs"/>
          <w:b/>
          <w:bCs/>
          <w:color w:val="005F73"/>
          <w:rtl/>
        </w:rPr>
        <w:t>انگیزه</w:t>
      </w:r>
      <w:r w:rsidRPr="00E6423E">
        <w:rPr>
          <w:rFonts w:ascii="Vazirmatn" w:hAnsi="Vazirmatn" w:cs="Vazirmatn"/>
          <w:b/>
          <w:bCs/>
          <w:color w:val="005F73"/>
          <w:rtl/>
        </w:rPr>
        <w:t xml:space="preserve"> </w:t>
      </w:r>
      <w:r w:rsidRPr="00E6423E">
        <w:rPr>
          <w:rFonts w:ascii="Vazirmatn" w:hAnsi="Vazirmatn" w:cs="Vazirmatn" w:hint="cs"/>
          <w:b/>
          <w:bCs/>
          <w:color w:val="005F73"/>
          <w:rtl/>
        </w:rPr>
        <w:t>حضور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E6423E" w:rsidRPr="00181F75" w14:paraId="5E479299" w14:textId="77777777" w:rsidTr="00F54DA3">
        <w:tc>
          <w:tcPr>
            <w:tcW w:w="93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9FBFC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7FBB47B" w14:textId="3C072108" w:rsidR="00E6423E" w:rsidRPr="00181F75" w:rsidRDefault="00E6423E" w:rsidP="00F54DA3">
            <w:pPr>
              <w:bidi/>
              <w:spacing w:after="0"/>
              <w:rPr>
                <w:rFonts w:ascii="Vazirmatn" w:hAnsi="Vazirmatn" w:cs="Vazirmatn"/>
              </w:rPr>
            </w:pP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چرا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مایل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به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شرکت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در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دوره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توانمندسازی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سلامت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و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فناوری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هستید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>؟</w:t>
            </w: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</w:p>
        </w:tc>
      </w:tr>
    </w:tbl>
    <w:p w14:paraId="3DD7038B" w14:textId="77777777" w:rsidR="00E6423E" w:rsidRPr="00E6423E" w:rsidRDefault="00E6423E" w:rsidP="00E6423E">
      <w:pPr>
        <w:spacing w:before="120" w:after="80" w:line="300" w:lineRule="auto"/>
        <w:rPr>
          <w:rFonts w:ascii="Vazirmatn" w:hAnsi="Vazirmatn" w:cs="Vazirmatn"/>
          <w:b/>
          <w:bCs/>
          <w:color w:val="005F73"/>
          <w:rtl/>
        </w:rPr>
      </w:pPr>
    </w:p>
    <w:p w14:paraId="1B5A7DA4" w14:textId="7CAFC0FC" w:rsidR="00E6423E" w:rsidRPr="00181F75" w:rsidRDefault="00E6423E" w:rsidP="00E6423E">
      <w:pPr>
        <w:bidi/>
        <w:spacing w:before="120" w:after="80" w:line="300" w:lineRule="auto"/>
        <w:rPr>
          <w:rFonts w:ascii="Vazirmatn" w:hAnsi="Vazirmatn" w:cs="Vazirmatn"/>
        </w:rPr>
      </w:pPr>
      <w:r w:rsidRPr="00E6423E">
        <w:rPr>
          <w:rFonts w:ascii="Vazirmatn" w:hAnsi="Vazirmatn" w:cs="Vazirmatn"/>
          <w:b/>
          <w:bCs/>
          <w:color w:val="005F73"/>
          <w:rtl/>
          <w:lang w:bidi="fa-IR"/>
        </w:rPr>
        <w:t xml:space="preserve">۲. </w:t>
      </w:r>
      <w:r w:rsidRPr="00E6423E">
        <w:rPr>
          <w:rFonts w:ascii="Vazirmatn" w:hAnsi="Vazirmatn" w:cs="Vazirmatn" w:hint="cs"/>
          <w:b/>
          <w:bCs/>
          <w:color w:val="005F73"/>
          <w:rtl/>
        </w:rPr>
        <w:t>تجربه</w:t>
      </w:r>
      <w:r w:rsidRPr="00E6423E">
        <w:rPr>
          <w:rFonts w:ascii="Vazirmatn" w:hAnsi="Vazirmatn" w:cs="Vazirmatn"/>
          <w:b/>
          <w:bCs/>
          <w:color w:val="005F73"/>
          <w:rtl/>
        </w:rPr>
        <w:t xml:space="preserve"> </w:t>
      </w:r>
      <w:r w:rsidRPr="00E6423E">
        <w:rPr>
          <w:rFonts w:ascii="Vazirmatn" w:hAnsi="Vazirmatn" w:cs="Vazirmatn" w:hint="cs"/>
          <w:b/>
          <w:bCs/>
          <w:color w:val="005F73"/>
          <w:rtl/>
        </w:rPr>
        <w:t>یادگیری</w:t>
      </w:r>
      <w:r w:rsidRPr="00E6423E">
        <w:rPr>
          <w:rFonts w:ascii="Vazirmatn" w:hAnsi="Vazirmatn" w:cs="Vazirmatn"/>
          <w:b/>
          <w:bCs/>
          <w:color w:val="005F73"/>
          <w:rtl/>
        </w:rPr>
        <w:t xml:space="preserve"> </w:t>
      </w:r>
      <w:r w:rsidRPr="00E6423E">
        <w:rPr>
          <w:rFonts w:ascii="Vazirmatn" w:hAnsi="Vazirmatn" w:cs="Vazirmatn" w:hint="cs"/>
          <w:b/>
          <w:bCs/>
          <w:color w:val="005F73"/>
          <w:rtl/>
        </w:rPr>
        <w:t>مهم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E6423E" w:rsidRPr="00181F75" w14:paraId="753B71C4" w14:textId="77777777" w:rsidTr="00F54DA3">
        <w:tc>
          <w:tcPr>
            <w:tcW w:w="93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9FBFC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CBACC47" w14:textId="40CBA334" w:rsidR="00E6423E" w:rsidRPr="00181F75" w:rsidRDefault="00E6423E" w:rsidP="00F54DA3">
            <w:pPr>
              <w:bidi/>
              <w:spacing w:after="0"/>
              <w:rPr>
                <w:rFonts w:ascii="Vazirmatn" w:hAnsi="Vazirmatn" w:cs="Vazirmatn"/>
              </w:rPr>
            </w:pP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مهم‌ترین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تجربه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یا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فعالیتی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که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بیشترین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یادگیری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را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برای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شما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داشته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است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چه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بوده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و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از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آن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چه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چیزی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یاد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گرفته‌اید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>؟</w:t>
            </w: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</w:p>
        </w:tc>
      </w:tr>
    </w:tbl>
    <w:p w14:paraId="34F21F8A" w14:textId="77777777" w:rsidR="00E6423E" w:rsidRPr="00E6423E" w:rsidRDefault="00E6423E" w:rsidP="00E6423E">
      <w:pPr>
        <w:spacing w:before="120" w:after="80" w:line="300" w:lineRule="auto"/>
        <w:rPr>
          <w:rFonts w:ascii="Vazirmatn" w:hAnsi="Vazirmatn" w:cs="Vazirmatn"/>
          <w:b/>
          <w:bCs/>
          <w:color w:val="005F73"/>
          <w:rtl/>
        </w:rPr>
      </w:pPr>
    </w:p>
    <w:p w14:paraId="178A5F35" w14:textId="47B0B564" w:rsidR="00E6423E" w:rsidRPr="00181F75" w:rsidRDefault="00E6423E" w:rsidP="00E6423E">
      <w:pPr>
        <w:bidi/>
        <w:spacing w:before="120" w:after="80" w:line="300" w:lineRule="auto"/>
        <w:rPr>
          <w:rFonts w:ascii="Vazirmatn" w:hAnsi="Vazirmatn" w:cs="Vazirmatn"/>
        </w:rPr>
      </w:pPr>
      <w:r w:rsidRPr="00E6423E">
        <w:rPr>
          <w:rFonts w:ascii="Vazirmatn" w:hAnsi="Vazirmatn" w:cs="Vazirmatn"/>
          <w:b/>
          <w:bCs/>
          <w:color w:val="005F73"/>
          <w:rtl/>
          <w:lang w:bidi="fa-IR"/>
        </w:rPr>
        <w:t xml:space="preserve">۳. </w:t>
      </w:r>
      <w:r w:rsidRPr="00E6423E">
        <w:rPr>
          <w:rFonts w:ascii="Vazirmatn" w:hAnsi="Vazirmatn" w:cs="Vazirmatn" w:hint="cs"/>
          <w:b/>
          <w:bCs/>
          <w:color w:val="005F73"/>
          <w:rtl/>
        </w:rPr>
        <w:t>حوزه</w:t>
      </w:r>
      <w:r w:rsidRPr="00E6423E">
        <w:rPr>
          <w:rFonts w:ascii="Vazirmatn" w:hAnsi="Vazirmatn" w:cs="Vazirmatn"/>
          <w:b/>
          <w:bCs/>
          <w:color w:val="005F73"/>
          <w:rtl/>
        </w:rPr>
        <w:t xml:space="preserve"> </w:t>
      </w:r>
      <w:r w:rsidRPr="00E6423E">
        <w:rPr>
          <w:rFonts w:ascii="Vazirmatn" w:hAnsi="Vazirmatn" w:cs="Vazirmatn" w:hint="cs"/>
          <w:b/>
          <w:bCs/>
          <w:color w:val="005F73"/>
          <w:rtl/>
        </w:rPr>
        <w:t>رشد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E6423E" w:rsidRPr="00181F75" w14:paraId="7CBC0200" w14:textId="77777777" w:rsidTr="00F54DA3">
        <w:tc>
          <w:tcPr>
            <w:tcW w:w="93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9FBFC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96B8438" w14:textId="029D8CC4" w:rsidR="00E6423E" w:rsidRPr="00181F75" w:rsidRDefault="00E6423E" w:rsidP="00F54DA3">
            <w:pPr>
              <w:bidi/>
              <w:spacing w:after="0"/>
              <w:rPr>
                <w:rFonts w:ascii="Vazirmatn" w:hAnsi="Vazirmatn" w:cs="Vazirmatn"/>
              </w:rPr>
            </w:pP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یک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مهارت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یا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حوزه‌ای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که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در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حال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حاضر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در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آن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احساس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ضعف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می‌کنید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اما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قصد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دارید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آن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را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توسعه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دهید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،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چیست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>؟</w:t>
            </w: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lastRenderedPageBreak/>
              <w:br/>
            </w:r>
          </w:p>
        </w:tc>
      </w:tr>
    </w:tbl>
    <w:p w14:paraId="07DCE98F" w14:textId="77777777" w:rsidR="00E6423E" w:rsidRPr="00E6423E" w:rsidRDefault="00E6423E" w:rsidP="00E6423E">
      <w:pPr>
        <w:bidi/>
        <w:spacing w:before="120" w:after="80" w:line="300" w:lineRule="auto"/>
        <w:rPr>
          <w:rFonts w:ascii="Vazirmatn" w:hAnsi="Vazirmatn" w:cs="Vazirmatn"/>
          <w:b/>
          <w:bCs/>
          <w:color w:val="005F73"/>
        </w:rPr>
      </w:pPr>
    </w:p>
    <w:p w14:paraId="4887B37A" w14:textId="40F8CBBF" w:rsidR="00E6423E" w:rsidRPr="00181F75" w:rsidRDefault="00E6423E" w:rsidP="00E6423E">
      <w:pPr>
        <w:bidi/>
        <w:spacing w:before="120" w:after="80" w:line="300" w:lineRule="auto"/>
        <w:rPr>
          <w:rFonts w:ascii="Vazirmatn" w:hAnsi="Vazirmatn" w:cs="Vazirmatn"/>
        </w:rPr>
      </w:pPr>
      <w:r w:rsidRPr="00E6423E">
        <w:rPr>
          <w:rFonts w:ascii="Vazirmatn" w:hAnsi="Vazirmatn" w:cs="Vazirmatn"/>
          <w:b/>
          <w:bCs/>
          <w:color w:val="005F73"/>
          <w:rtl/>
          <w:lang w:bidi="fa-IR"/>
        </w:rPr>
        <w:t xml:space="preserve">۴. </w:t>
      </w:r>
      <w:r w:rsidRPr="00E6423E">
        <w:rPr>
          <w:rFonts w:ascii="Vazirmatn" w:hAnsi="Vazirmatn" w:cs="Vazirmatn" w:hint="cs"/>
          <w:b/>
          <w:bCs/>
          <w:color w:val="005F73"/>
          <w:rtl/>
        </w:rPr>
        <w:t>سهم</w:t>
      </w:r>
      <w:r w:rsidRPr="00E6423E">
        <w:rPr>
          <w:rFonts w:ascii="Vazirmatn" w:hAnsi="Vazirmatn" w:cs="Vazirmatn"/>
          <w:b/>
          <w:bCs/>
          <w:color w:val="005F73"/>
          <w:rtl/>
        </w:rPr>
        <w:t xml:space="preserve"> </w:t>
      </w:r>
      <w:r w:rsidRPr="00E6423E">
        <w:rPr>
          <w:rFonts w:ascii="Vazirmatn" w:hAnsi="Vazirmatn" w:cs="Vazirmatn" w:hint="cs"/>
          <w:b/>
          <w:bCs/>
          <w:color w:val="005F73"/>
          <w:rtl/>
        </w:rPr>
        <w:t>شما</w:t>
      </w:r>
      <w:r w:rsidRPr="00E6423E">
        <w:rPr>
          <w:rFonts w:ascii="Vazirmatn" w:hAnsi="Vazirmatn" w:cs="Vazirmatn"/>
          <w:b/>
          <w:bCs/>
          <w:color w:val="005F73"/>
          <w:rtl/>
        </w:rPr>
        <w:t xml:space="preserve"> </w:t>
      </w:r>
      <w:r w:rsidRPr="00E6423E">
        <w:rPr>
          <w:rFonts w:ascii="Vazirmatn" w:hAnsi="Vazirmatn" w:cs="Vazirmatn" w:hint="cs"/>
          <w:b/>
          <w:bCs/>
          <w:color w:val="005F73"/>
          <w:rtl/>
        </w:rPr>
        <w:t>در</w:t>
      </w:r>
      <w:r w:rsidRPr="00E6423E">
        <w:rPr>
          <w:rFonts w:ascii="Vazirmatn" w:hAnsi="Vazirmatn" w:cs="Vazirmatn"/>
          <w:b/>
          <w:bCs/>
          <w:color w:val="005F73"/>
          <w:rtl/>
        </w:rPr>
        <w:t xml:space="preserve"> </w:t>
      </w:r>
      <w:r w:rsidRPr="00E6423E">
        <w:rPr>
          <w:rFonts w:ascii="Vazirmatn" w:hAnsi="Vazirmatn" w:cs="Vazirmatn" w:hint="cs"/>
          <w:b/>
          <w:bCs/>
          <w:color w:val="005F73"/>
          <w:rtl/>
        </w:rPr>
        <w:t>مسیر</w:t>
      </w:r>
      <w:r w:rsidRPr="00E6423E">
        <w:rPr>
          <w:rFonts w:ascii="Vazirmatn" w:hAnsi="Vazirmatn" w:cs="Vazirmatn"/>
          <w:b/>
          <w:bCs/>
          <w:color w:val="005F73"/>
          <w:rtl/>
        </w:rPr>
        <w:t xml:space="preserve"> </w:t>
      </w:r>
      <w:r w:rsidRPr="00E6423E">
        <w:rPr>
          <w:rFonts w:ascii="Vazirmatn" w:hAnsi="Vazirmatn" w:cs="Vazirmatn" w:hint="cs"/>
          <w:b/>
          <w:bCs/>
          <w:color w:val="005F73"/>
          <w:rtl/>
        </w:rPr>
        <w:t>دوره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E6423E" w:rsidRPr="00181F75" w14:paraId="27DDD3FF" w14:textId="77777777" w:rsidTr="00F54DA3">
        <w:tc>
          <w:tcPr>
            <w:tcW w:w="93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9FBFC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091790E" w14:textId="69EB77DE" w:rsidR="00E6423E" w:rsidRPr="00181F75" w:rsidRDefault="00E6423E" w:rsidP="00F54DA3">
            <w:pPr>
              <w:bidi/>
              <w:spacing w:after="0"/>
              <w:rPr>
                <w:rFonts w:ascii="Vazirmatn" w:hAnsi="Vazirmatn" w:cs="Vazirmatn"/>
              </w:rPr>
            </w:pP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فکر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می‌کنید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چه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توانمندی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،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تجربه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یا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دیدگاهی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می‌توانید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در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طول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دوره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به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تیم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و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سایر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شرکت‌کنندگان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اضافه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</w:t>
            </w:r>
            <w:r w:rsidRPr="00E6423E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>کنید</w:t>
            </w:r>
            <w:r w:rsidRPr="00E6423E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>؟</w:t>
            </w: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  <w:r w:rsidRPr="00181F75">
              <w:rPr>
                <w:rFonts w:ascii="Vazirmatn" w:hAnsi="Vazirmatn" w:cs="Vazirmatn"/>
                <w:sz w:val="20"/>
                <w:szCs w:val="20"/>
                <w:rtl/>
              </w:rPr>
              <w:br/>
            </w:r>
          </w:p>
        </w:tc>
      </w:tr>
    </w:tbl>
    <w:p w14:paraId="5EC6A046" w14:textId="0B83E013" w:rsidR="00E6423E" w:rsidRPr="00E6423E" w:rsidRDefault="00E6423E" w:rsidP="00E6423E">
      <w:pPr>
        <w:bidi/>
        <w:spacing w:after="240" w:line="300" w:lineRule="auto"/>
        <w:rPr>
          <w:rFonts w:ascii="Vazirmatn" w:hAnsi="Vazirmatn" w:cs="Vazirmatn"/>
        </w:rPr>
      </w:pPr>
      <w:r w:rsidRPr="00E6423E">
        <w:rPr>
          <w:rFonts w:ascii="Vazirmatn" w:hAnsi="Vazirmatn" w:cs="Vazirmatn"/>
        </w:rPr>
        <w:br/>
      </w:r>
      <w:r w:rsidRPr="00E6423E">
        <w:rPr>
          <w:rFonts w:ascii="Vazirmatn" w:hAnsi="Vazirmatn" w:cs="Vazirmatn"/>
          <w:b/>
          <w:bCs/>
          <w:sz w:val="20"/>
          <w:szCs w:val="20"/>
          <w:rtl/>
        </w:rPr>
        <w:t>یادداشت اجرایی</w:t>
      </w:r>
      <w:r w:rsidRPr="00E6423E">
        <w:rPr>
          <w:rFonts w:ascii="Vazirmatn" w:hAnsi="Vazirmatn" w:cs="Vazirmatn"/>
          <w:sz w:val="20"/>
          <w:szCs w:val="20"/>
        </w:rPr>
        <w:br/>
      </w:r>
      <w:r w:rsidRPr="00E6423E">
        <w:rPr>
          <w:rFonts w:ascii="Vazirmatn" w:hAnsi="Vazirmatn" w:cs="Vazirmatn"/>
          <w:sz w:val="20"/>
          <w:szCs w:val="20"/>
          <w:rtl/>
        </w:rPr>
        <w:t>پاسخ‌های این بخش، امتیاز مستقل و جداگانه‌ای به پرونده اضافه نمی‌کند و جایگزین مستندات سوابق نیست. این اطلاعات می‌تواند برای شناخت بهتر داوطلب و، در مواردی که بررسی پرونده برای تصمیم‌گیری اولیه کافی نباشد، در تشخیص مسیر یادگیری، انگیزه و زمینه‌های توانمندی او مورد استفاده قرار گیرد</w:t>
      </w:r>
      <w:r w:rsidRPr="00E6423E">
        <w:rPr>
          <w:rFonts w:ascii="Vazirmatn" w:hAnsi="Vazirmatn" w:cs="Vazirmatn"/>
          <w:sz w:val="20"/>
          <w:szCs w:val="20"/>
        </w:rPr>
        <w:t>.</w:t>
      </w:r>
    </w:p>
    <w:p w14:paraId="6071E6C3" w14:textId="77777777" w:rsidR="00E6423E" w:rsidRPr="00E6423E" w:rsidRDefault="00E6423E" w:rsidP="00E6423E">
      <w:pPr>
        <w:bidi/>
        <w:spacing w:after="240" w:line="300" w:lineRule="auto"/>
        <w:rPr>
          <w:rFonts w:ascii="Vazirmatn" w:hAnsi="Vazirmatn" w:cs="Vazirmatn"/>
        </w:rPr>
      </w:pPr>
    </w:p>
    <w:p w14:paraId="4F2F0F5C" w14:textId="507E9DBB" w:rsidR="003F3233" w:rsidRPr="00181F75" w:rsidRDefault="00000000" w:rsidP="00D10930">
      <w:pPr>
        <w:keepNext/>
        <w:pBdr>
          <w:bottom w:val="single" w:sz="12" w:space="6" w:color="005F73"/>
        </w:pBdr>
        <w:bidi/>
        <w:spacing w:before="320" w:after="160"/>
        <w:rPr>
          <w:rFonts w:ascii="Vazirmatn" w:hAnsi="Vazirmatn" w:cs="Vazirmatn"/>
        </w:rPr>
      </w:pPr>
      <w:r w:rsidRPr="00181F75">
        <w:rPr>
          <w:rFonts w:ascii="Vazirmatn" w:hAnsi="Vazirmatn" w:cs="Vazirmatn"/>
          <w:b/>
          <w:bCs/>
          <w:color w:val="005F73"/>
          <w:sz w:val="28"/>
          <w:szCs w:val="28"/>
          <w:rtl/>
        </w:rPr>
        <w:t>۱</w:t>
      </w:r>
      <w:r w:rsidR="00E6423E">
        <w:rPr>
          <w:rFonts w:ascii="Vazirmatn" w:hAnsi="Vazirmatn" w:cs="Vazirmatn" w:hint="cs"/>
          <w:b/>
          <w:bCs/>
          <w:color w:val="005F73"/>
          <w:sz w:val="28"/>
          <w:szCs w:val="28"/>
          <w:rtl/>
        </w:rPr>
        <w:t>۲</w:t>
      </w:r>
      <w:r w:rsidRPr="00181F75">
        <w:rPr>
          <w:rFonts w:ascii="Vazirmatn" w:hAnsi="Vazirmatn" w:cs="Vazirmatn"/>
          <w:b/>
          <w:bCs/>
          <w:color w:val="005F73"/>
          <w:sz w:val="28"/>
          <w:szCs w:val="28"/>
          <w:rtl/>
        </w:rPr>
        <w:t>. تأیید نهایی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3F3233" w:rsidRPr="00181F75" w14:paraId="4DBC815C" w14:textId="77777777">
        <w:tc>
          <w:tcPr>
            <w:tcW w:w="9360" w:type="dxa"/>
            <w:tcBorders>
              <w:top w:val="single" w:sz="6" w:space="0" w:color="005F73"/>
              <w:left w:val="single" w:sz="6" w:space="0" w:color="005F73"/>
              <w:bottom w:val="single" w:sz="6" w:space="0" w:color="005F73"/>
              <w:right w:val="single" w:sz="6" w:space="0" w:color="005F73"/>
            </w:tcBorders>
            <w:shd w:val="clear" w:color="auto" w:fill="F4F8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B6D2D56" w14:textId="77777777" w:rsidR="003F3233" w:rsidRPr="00181F75" w:rsidRDefault="00000000" w:rsidP="00D10930">
            <w:pPr>
              <w:bidi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282828"/>
                <w:sz w:val="20"/>
                <w:szCs w:val="20"/>
                <w:rtl/>
              </w:rPr>
              <w:t>اینجانب تأیید می‌کنم اطلاعات و سوابق ثبت‌شده در این رزومه صحیح بوده و نقش و میزان مشارکت خود را به‌صورت واقعی و دقیق ثبت کرده‌ام.</w:t>
            </w:r>
          </w:p>
          <w:p w14:paraId="0671322F" w14:textId="77777777" w:rsidR="003F3233" w:rsidRPr="00181F75" w:rsidRDefault="00000000" w:rsidP="00D10930">
            <w:pPr>
              <w:bidi/>
              <w:spacing w:after="480"/>
              <w:rPr>
                <w:rFonts w:ascii="Vazirmatn" w:hAnsi="Vazirmatn" w:cs="Vazirmatn"/>
              </w:rPr>
            </w:pPr>
            <w:r w:rsidRPr="00181F75">
              <w:rPr>
                <w:rFonts w:ascii="Vazirmatn" w:hAnsi="Vazirmatn" w:cs="Vazirmatn"/>
                <w:b/>
                <w:bCs/>
                <w:color w:val="282828"/>
                <w:sz w:val="20"/>
                <w:szCs w:val="20"/>
                <w:rtl/>
              </w:rPr>
              <w:t>همچنین می‌پذیرم که اطلاعات و مستندات ارائه‌شده در فرآیند بررسی سوابق مورد ارزیابی قرار گیرد.</w:t>
            </w:r>
          </w:p>
          <w:p w14:paraId="0071953E" w14:textId="50FCEEC0" w:rsidR="00111468" w:rsidRDefault="00000000" w:rsidP="00D10930">
            <w:pPr>
              <w:bidi/>
              <w:spacing w:after="0"/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</w:pP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نام و نام خانوادگی: .......................................   </w:t>
            </w:r>
            <w:r w:rsidR="00111468">
              <w:rPr>
                <w:rFonts w:ascii="Vazirmatn" w:hAnsi="Vazirmatn" w:cs="Vazirmatn" w:hint="cs"/>
                <w:b/>
                <w:bCs/>
                <w:color w:val="323232"/>
                <w:sz w:val="20"/>
                <w:szCs w:val="20"/>
                <w:rtl/>
              </w:rPr>
              <w:t xml:space="preserve">                                    </w:t>
            </w: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  تاریخ: .......................................  </w:t>
            </w:r>
          </w:p>
          <w:p w14:paraId="165D041F" w14:textId="77777777" w:rsidR="00111468" w:rsidRDefault="00111468" w:rsidP="00111468">
            <w:pPr>
              <w:bidi/>
              <w:spacing w:after="0"/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</w:pPr>
          </w:p>
          <w:p w14:paraId="3D9A2CB4" w14:textId="77777777" w:rsidR="00111468" w:rsidRDefault="00111468" w:rsidP="00111468">
            <w:pPr>
              <w:bidi/>
              <w:spacing w:after="0"/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</w:pPr>
          </w:p>
          <w:p w14:paraId="3F9EE4CE" w14:textId="0973E162" w:rsidR="003F3233" w:rsidRPr="00181F75" w:rsidRDefault="00181F75" w:rsidP="00111468">
            <w:pPr>
              <w:bidi/>
              <w:spacing w:after="0"/>
              <w:rPr>
                <w:rFonts w:ascii="Vazirmatn" w:hAnsi="Vazirmatn" w:cs="Vazirmatn"/>
              </w:rPr>
            </w:pPr>
            <w:r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</w:rPr>
              <w:br/>
            </w:r>
            <w:r w:rsidRPr="00181F75">
              <w:rPr>
                <w:rFonts w:ascii="Vazirmatn" w:hAnsi="Vazirmatn" w:cs="Vazirmatn"/>
                <w:b/>
                <w:bCs/>
                <w:color w:val="323232"/>
                <w:sz w:val="20"/>
                <w:szCs w:val="20"/>
                <w:rtl/>
              </w:rPr>
              <w:t xml:space="preserve"> امضا: .......................................</w:t>
            </w:r>
          </w:p>
        </w:tc>
      </w:tr>
    </w:tbl>
    <w:p w14:paraId="53BB8E0C" w14:textId="77777777" w:rsidR="00667305" w:rsidRDefault="00667305" w:rsidP="00D10930">
      <w:pPr>
        <w:bidi/>
        <w:rPr>
          <w:rFonts w:ascii="Vazirmatn" w:hAnsi="Vazirmatn" w:cs="Vazirmatn"/>
          <w:rtl/>
        </w:rPr>
      </w:pPr>
    </w:p>
    <w:p w14:paraId="0B4F5830" w14:textId="77777777" w:rsidR="007E0DB0" w:rsidRPr="00181F75" w:rsidRDefault="007E0DB0" w:rsidP="007E0DB0">
      <w:pPr>
        <w:bidi/>
        <w:rPr>
          <w:rFonts w:ascii="Vazirmatn" w:hAnsi="Vazirmatn" w:cs="Vazirmatn"/>
        </w:rPr>
      </w:pPr>
    </w:p>
    <w:sectPr w:rsidR="007E0DB0" w:rsidRPr="00181F75" w:rsidSect="00034616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48F29" w14:textId="77777777" w:rsidR="0055431E" w:rsidRDefault="0055431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C5FA2D2" w14:textId="77777777" w:rsidR="0055431E" w:rsidRDefault="0055431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">
    <w:altName w:val="Cambria"/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azirmatn">
    <w:panose1 w:val="00000000000000000000"/>
    <w:charset w:val="00"/>
    <w:family w:val="auto"/>
    <w:pitch w:val="variable"/>
    <w:sig w:usb0="8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554F7" w14:textId="62019955" w:rsidR="003F3233" w:rsidRDefault="003F3233" w:rsidP="00181F75">
    <w:pPr>
      <w:pStyle w:val="Footer"/>
      <w:bidi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147EA" w14:textId="77777777" w:rsidR="0055431E" w:rsidRDefault="0055431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CBCD731" w14:textId="77777777" w:rsidR="0055431E" w:rsidRDefault="0055431E">
      <w:pPr>
        <w:spacing w:after="0" w:line="240" w:lineRule="auto"/>
        <w:rPr>
          <w:rFonts w:hint="eastAsia"/>
        </w:rPr>
      </w:pPr>
      <w:r>
        <w:continuationSeparator/>
      </w:r>
    </w:p>
  </w:footnote>
  <w:footnote w:id="1">
    <w:p w14:paraId="7DB1C27D" w14:textId="5D0E2A0D" w:rsidR="000707FC" w:rsidRPr="000707FC" w:rsidRDefault="000707FC" w:rsidP="000707FC">
      <w:pPr>
        <w:pStyle w:val="FootnoteText"/>
        <w:bidi/>
        <w:ind w:left="450"/>
        <w:rPr>
          <w:rFonts w:ascii="Vazirmatn" w:hAnsi="Vazirmatn" w:cs="Vazirmatn"/>
          <w:sz w:val="18"/>
          <w:szCs w:val="18"/>
          <w:lang w:bidi="fa-IR"/>
        </w:rPr>
      </w:pPr>
      <w:r>
        <w:rPr>
          <w:rFonts w:ascii="Vazirmatn" w:hAnsi="Vazirmatn" w:cs="Vazirmatn"/>
          <w:sz w:val="18"/>
          <w:szCs w:val="18"/>
          <w:lang w:bidi="fa-IR"/>
        </w:rPr>
        <w:t xml:space="preserve"> .1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>برای اطلاعات بیشتر مرتبط با چگونگی پر کردن این قسمت صفحه ۴ تیتر 9 را در فایل راهنمای عمومی مطالعه بفرمایید.</w:t>
      </w:r>
    </w:p>
    <w:p w14:paraId="68B0AEC3" w14:textId="461157DB" w:rsidR="000707FC" w:rsidRPr="000707FC" w:rsidRDefault="000707FC" w:rsidP="000707FC">
      <w:pPr>
        <w:pStyle w:val="FootnoteText"/>
        <w:bidi/>
        <w:ind w:left="450"/>
        <w:rPr>
          <w:rFonts w:ascii="Vazirmatn" w:hAnsi="Vazirmatn" w:cs="Vazirmatn"/>
          <w:sz w:val="18"/>
          <w:szCs w:val="18"/>
          <w:rtl/>
          <w:lang w:bidi="fa-IR"/>
        </w:rPr>
      </w:pPr>
      <w:bookmarkStart w:id="0" w:name="_Hlk238251698"/>
      <w:r>
        <w:rPr>
          <w:rFonts w:ascii="Vazirmatn" w:hAnsi="Vazirmatn" w:cs="Vazirmatn"/>
          <w:sz w:val="18"/>
          <w:szCs w:val="18"/>
          <w:lang w:bidi="fa-IR"/>
        </w:rPr>
        <w:t xml:space="preserve"> .2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>برای اطلاعات بیشتر مرتبط با چگونگی پر کردن این قسمت صفحه ۵ تیتر ۱۰ را در فایل راهنمای عمومی مطالعه بفرمایید.</w:t>
      </w:r>
    </w:p>
    <w:bookmarkEnd w:id="0"/>
  </w:footnote>
  <w:footnote w:id="2">
    <w:p w14:paraId="4DB027FF" w14:textId="036EE960" w:rsidR="000707FC" w:rsidRPr="000707FC" w:rsidRDefault="000707FC">
      <w:pPr>
        <w:pStyle w:val="FootnoteText"/>
        <w:rPr>
          <w:rFonts w:cstheme="minorBidi" w:hint="eastAsia"/>
          <w:rtl/>
          <w:lang w:bidi="fa-IR"/>
        </w:rPr>
      </w:pPr>
    </w:p>
  </w:footnote>
  <w:footnote w:id="3">
    <w:p w14:paraId="5E05A564" w14:textId="765D1E42" w:rsidR="000707FC" w:rsidRPr="000707FC" w:rsidRDefault="000707FC" w:rsidP="000707FC">
      <w:pPr>
        <w:pStyle w:val="FootnoteText"/>
        <w:bidi/>
        <w:ind w:left="450"/>
        <w:rPr>
          <w:rFonts w:ascii="Vazirmatn" w:hAnsi="Vazirmatn" w:cs="Vazirmatn"/>
          <w:sz w:val="18"/>
          <w:szCs w:val="18"/>
          <w:rtl/>
          <w:lang w:bidi="fa-IR"/>
        </w:rPr>
      </w:pPr>
      <w:r>
        <w:rPr>
          <w:rFonts w:ascii="Vazirmatn" w:hAnsi="Vazirmatn" w:cs="Vazirmatn"/>
          <w:sz w:val="18"/>
          <w:szCs w:val="18"/>
          <w:lang w:bidi="fa-IR"/>
        </w:rPr>
        <w:t xml:space="preserve"> .3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>برای اطلاعات بیشتر مرتبط با چگونگی پر کردن این قسمت صفحه ۵ تیتر ۱</w:t>
      </w:r>
      <w:r>
        <w:rPr>
          <w:rFonts w:ascii="Vazirmatn" w:hAnsi="Vazirmatn" w:cs="Vazirmatn"/>
          <w:sz w:val="18"/>
          <w:szCs w:val="18"/>
          <w:lang w:bidi="fa-IR"/>
        </w:rPr>
        <w:t>1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 xml:space="preserve"> را در فایل راهنمای عمومی مطالعه بفرمایید.</w:t>
      </w:r>
    </w:p>
    <w:p w14:paraId="2C936D15" w14:textId="0FBCEE10" w:rsidR="000707FC" w:rsidRDefault="000707FC">
      <w:pPr>
        <w:pStyle w:val="FootnoteText"/>
        <w:rPr>
          <w:rFonts w:hint="eastAsia"/>
          <w:lang w:bidi="fa-IR"/>
        </w:rPr>
      </w:pPr>
    </w:p>
  </w:footnote>
  <w:footnote w:id="4">
    <w:p w14:paraId="1D45D304" w14:textId="68DCF7D3" w:rsidR="000707FC" w:rsidRPr="000707FC" w:rsidRDefault="000707FC" w:rsidP="000707FC">
      <w:pPr>
        <w:pStyle w:val="FootnoteText"/>
        <w:bidi/>
        <w:ind w:left="450"/>
        <w:rPr>
          <w:rFonts w:ascii="Vazirmatn" w:hAnsi="Vazirmatn" w:cs="Vazirmatn"/>
          <w:sz w:val="18"/>
          <w:szCs w:val="18"/>
          <w:lang w:bidi="fa-IR"/>
        </w:rPr>
      </w:pPr>
      <w:r>
        <w:rPr>
          <w:rFonts w:ascii="Vazirmatn" w:hAnsi="Vazirmatn" w:cs="Vazirmatn"/>
          <w:sz w:val="18"/>
          <w:szCs w:val="18"/>
          <w:lang w:bidi="fa-IR"/>
        </w:rPr>
        <w:t>.4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 xml:space="preserve">برای اطلاعات بیشتر مرتبط با چگونگی پر کردن این قسمت صفحه </w:t>
      </w:r>
      <w:r>
        <w:rPr>
          <w:rFonts w:ascii="Vazirmatn" w:hAnsi="Vazirmatn" w:cs="Vazirmatn"/>
          <w:sz w:val="18"/>
          <w:szCs w:val="18"/>
          <w:lang w:bidi="fa-IR"/>
        </w:rPr>
        <w:t>6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 xml:space="preserve"> تیتر </w:t>
      </w:r>
      <w:r>
        <w:rPr>
          <w:rFonts w:ascii="Vazirmatn" w:hAnsi="Vazirmatn" w:cs="Vazirmatn"/>
          <w:sz w:val="18"/>
          <w:szCs w:val="18"/>
          <w:lang w:bidi="fa-IR"/>
        </w:rPr>
        <w:t>12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 xml:space="preserve"> را در فایل راهنمای عمومی مطالعه بفرمایید.</w:t>
      </w:r>
    </w:p>
  </w:footnote>
  <w:footnote w:id="5">
    <w:p w14:paraId="41189284" w14:textId="1B20A8D9" w:rsidR="000707FC" w:rsidRPr="000707FC" w:rsidRDefault="000707FC" w:rsidP="000707FC">
      <w:pPr>
        <w:pStyle w:val="FootnoteText"/>
        <w:bidi/>
        <w:ind w:left="450"/>
        <w:rPr>
          <w:rFonts w:ascii="Vazirmatn" w:hAnsi="Vazirmatn" w:cs="Vazirmatn"/>
          <w:sz w:val="18"/>
          <w:szCs w:val="18"/>
          <w:rtl/>
          <w:lang w:bidi="fa-IR"/>
        </w:rPr>
      </w:pPr>
      <w:r>
        <w:rPr>
          <w:rFonts w:ascii="Vazirmatn" w:hAnsi="Vazirmatn" w:cs="Vazirmatn"/>
          <w:sz w:val="18"/>
          <w:szCs w:val="18"/>
          <w:lang w:bidi="fa-IR"/>
        </w:rPr>
        <w:t>.5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 xml:space="preserve">برای اطلاعات بیشتر مرتبط با چگونگی پر کردن این قسمت صفحه </w:t>
      </w:r>
      <w:r>
        <w:rPr>
          <w:rFonts w:ascii="Vazirmatn" w:hAnsi="Vazirmatn" w:cs="Vazirmatn"/>
          <w:sz w:val="18"/>
          <w:szCs w:val="18"/>
          <w:lang w:bidi="fa-IR"/>
        </w:rPr>
        <w:t>6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 xml:space="preserve"> تیتر </w:t>
      </w:r>
      <w:r>
        <w:rPr>
          <w:rFonts w:ascii="Vazirmatn" w:hAnsi="Vazirmatn" w:cs="Vazirmatn"/>
          <w:sz w:val="18"/>
          <w:szCs w:val="18"/>
          <w:lang w:bidi="fa-IR"/>
        </w:rPr>
        <w:t xml:space="preserve"> 13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>را در فایل راهنمای عمومی مطالعه بفرمایید.</w:t>
      </w:r>
    </w:p>
    <w:p w14:paraId="5BBA71B3" w14:textId="524F23AD" w:rsidR="000707FC" w:rsidRDefault="000707FC">
      <w:pPr>
        <w:pStyle w:val="FootnoteText"/>
        <w:rPr>
          <w:rFonts w:hint="eastAsia"/>
          <w:lang w:bidi="fa-IR"/>
        </w:rPr>
      </w:pPr>
    </w:p>
  </w:footnote>
  <w:footnote w:id="6">
    <w:p w14:paraId="1E4919EF" w14:textId="1BB79D78" w:rsidR="000707FC" w:rsidRPr="000707FC" w:rsidRDefault="000707FC" w:rsidP="000707FC">
      <w:pPr>
        <w:pStyle w:val="FootnoteText"/>
        <w:bidi/>
        <w:ind w:left="450"/>
        <w:rPr>
          <w:rFonts w:ascii="Vazirmatn" w:hAnsi="Vazirmatn" w:cs="Vazirmatn"/>
          <w:sz w:val="18"/>
          <w:szCs w:val="18"/>
          <w:lang w:bidi="fa-IR"/>
        </w:rPr>
      </w:pPr>
      <w:r>
        <w:rPr>
          <w:rFonts w:ascii="Vazirmatn" w:hAnsi="Vazirmatn" w:cs="Vazirmatn"/>
          <w:sz w:val="18"/>
          <w:szCs w:val="18"/>
          <w:lang w:bidi="fa-IR"/>
        </w:rPr>
        <w:t>.6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 xml:space="preserve">برای اطلاعات بیشتر مرتبط با چگونگی پر کردن این قسمت صفحه </w:t>
      </w:r>
      <w:r>
        <w:rPr>
          <w:rFonts w:ascii="Vazirmatn" w:hAnsi="Vazirmatn" w:cs="Vazirmatn"/>
          <w:sz w:val="18"/>
          <w:szCs w:val="18"/>
          <w:lang w:bidi="fa-IR"/>
        </w:rPr>
        <w:t>7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 xml:space="preserve"> تیتر </w:t>
      </w:r>
      <w:r>
        <w:rPr>
          <w:rFonts w:ascii="Vazirmatn" w:hAnsi="Vazirmatn" w:cs="Vazirmatn"/>
          <w:sz w:val="18"/>
          <w:szCs w:val="18"/>
          <w:lang w:bidi="fa-IR"/>
        </w:rPr>
        <w:t xml:space="preserve"> 14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>را در فایل راهنمای عمومی مطالعه بفرمایید.</w:t>
      </w:r>
    </w:p>
  </w:footnote>
  <w:footnote w:id="7">
    <w:p w14:paraId="788EB756" w14:textId="77777777" w:rsidR="000707FC" w:rsidRPr="000707FC" w:rsidRDefault="000707FC" w:rsidP="000707FC">
      <w:pPr>
        <w:pStyle w:val="FootnoteText"/>
        <w:bidi/>
        <w:ind w:left="450"/>
        <w:rPr>
          <w:rFonts w:ascii="Vazirmatn" w:hAnsi="Vazirmatn" w:cs="Vazirmatn"/>
          <w:sz w:val="18"/>
          <w:szCs w:val="18"/>
          <w:rtl/>
          <w:lang w:bidi="fa-IR"/>
        </w:rPr>
      </w:pPr>
      <w:r>
        <w:rPr>
          <w:rFonts w:ascii="Vazirmatn" w:hAnsi="Vazirmatn" w:cs="Vazirmatn"/>
          <w:sz w:val="18"/>
          <w:szCs w:val="18"/>
          <w:lang w:bidi="fa-IR"/>
        </w:rPr>
        <w:t>.7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 xml:space="preserve">برای اطلاعات بیشتر مرتبط با چگونگی پر کردن این قسمت صفحه </w:t>
      </w:r>
      <w:r>
        <w:rPr>
          <w:rFonts w:ascii="Vazirmatn" w:hAnsi="Vazirmatn" w:cs="Vazirmatn"/>
          <w:sz w:val="18"/>
          <w:szCs w:val="18"/>
          <w:lang w:bidi="fa-IR"/>
        </w:rPr>
        <w:t>7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 xml:space="preserve"> تیتر </w:t>
      </w:r>
      <w:r>
        <w:rPr>
          <w:rFonts w:ascii="Vazirmatn" w:hAnsi="Vazirmatn" w:cs="Vazirmatn"/>
          <w:sz w:val="18"/>
          <w:szCs w:val="18"/>
          <w:lang w:bidi="fa-IR"/>
        </w:rPr>
        <w:t xml:space="preserve"> 15</w:t>
      </w:r>
      <w:r w:rsidRPr="000707FC">
        <w:rPr>
          <w:rFonts w:ascii="Vazirmatn" w:hAnsi="Vazirmatn" w:cs="Vazirmatn"/>
          <w:sz w:val="18"/>
          <w:szCs w:val="18"/>
          <w:rtl/>
          <w:lang w:bidi="fa-IR"/>
        </w:rPr>
        <w:t>را در فایل راهنمای عمومی مطالعه بفرمایید.</w:t>
      </w:r>
    </w:p>
    <w:p w14:paraId="4007A98B" w14:textId="1A2AD734" w:rsidR="000707FC" w:rsidRPr="000707FC" w:rsidRDefault="000707FC" w:rsidP="000707FC">
      <w:pPr>
        <w:pStyle w:val="FootnoteText"/>
        <w:bidi/>
        <w:ind w:left="450"/>
        <w:rPr>
          <w:rFonts w:ascii="Vazirmatn" w:hAnsi="Vazirmatn" w:cs="Vazirmatn"/>
          <w:sz w:val="18"/>
          <w:szCs w:val="18"/>
          <w:lang w:bidi="fa-I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7872" w14:textId="41EF1B1B" w:rsidR="003F3233" w:rsidRPr="00D10930" w:rsidRDefault="006F73C5">
    <w:pPr>
      <w:pStyle w:val="Header"/>
      <w:pBdr>
        <w:bottom w:val="single" w:sz="4" w:space="4" w:color="CCCCCC"/>
      </w:pBdr>
      <w:spacing w:after="240"/>
      <w:jc w:val="right"/>
      <w:rPr>
        <w:rFonts w:ascii="Vazirmatn" w:hAnsi="Vazirmatn" w:cs="Vazirmatn"/>
      </w:rPr>
    </w:pPr>
    <w:r>
      <w:rPr>
        <w:rFonts w:ascii="Vazirmatn" w:hAnsi="Vazirmatn" w:cs="Vazirmatn"/>
        <w:color w:val="787878"/>
        <w:sz w:val="17"/>
        <w:szCs w:val="17"/>
        <w:rtl/>
      </w:rPr>
      <w:t>کنگره سلامت همراه</w:t>
    </w:r>
    <w:r w:rsidR="00000000" w:rsidRPr="00D10930">
      <w:rPr>
        <w:rFonts w:ascii="Vazirmatn" w:hAnsi="Vazirmatn" w:cs="Vazirmatn"/>
        <w:color w:val="787878"/>
        <w:sz w:val="17"/>
        <w:szCs w:val="17"/>
        <w:rtl/>
      </w:rPr>
      <w:t xml:space="preserve"> ـ شیراز ۱۴۰۵  |  قالب استاندارد رزومه داوطلبان</w:t>
    </w:r>
    <w:r w:rsidR="00D10930" w:rsidRPr="00D10930">
      <w:rPr>
        <w:rFonts w:ascii="Vazirmatn" w:hAnsi="Vazirmatn" w:cs="Vazirmatn"/>
        <w:color w:val="787878"/>
        <w:sz w:val="17"/>
        <w:szCs w:val="17"/>
        <w:rtl/>
      </w:rPr>
      <w:t xml:space="preserve"> | پیوست شماره 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BB70E6"/>
    <w:multiLevelType w:val="multilevel"/>
    <w:tmpl w:val="FFA04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50232B"/>
    <w:multiLevelType w:val="hybridMultilevel"/>
    <w:tmpl w:val="4370B430"/>
    <w:lvl w:ilvl="0" w:tplc="8F042080">
      <w:start w:val="1"/>
      <w:numFmt w:val="decimalFullWidth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4FDD2210"/>
    <w:multiLevelType w:val="multilevel"/>
    <w:tmpl w:val="EF66A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633387">
    <w:abstractNumId w:val="8"/>
  </w:num>
  <w:num w:numId="2" w16cid:durableId="1154762233">
    <w:abstractNumId w:val="6"/>
  </w:num>
  <w:num w:numId="3" w16cid:durableId="680862177">
    <w:abstractNumId w:val="5"/>
  </w:num>
  <w:num w:numId="4" w16cid:durableId="339695453">
    <w:abstractNumId w:val="4"/>
  </w:num>
  <w:num w:numId="5" w16cid:durableId="1491946384">
    <w:abstractNumId w:val="7"/>
  </w:num>
  <w:num w:numId="6" w16cid:durableId="632054635">
    <w:abstractNumId w:val="3"/>
  </w:num>
  <w:num w:numId="7" w16cid:durableId="975791481">
    <w:abstractNumId w:val="2"/>
  </w:num>
  <w:num w:numId="8" w16cid:durableId="706217899">
    <w:abstractNumId w:val="1"/>
  </w:num>
  <w:num w:numId="9" w16cid:durableId="600377739">
    <w:abstractNumId w:val="0"/>
  </w:num>
  <w:num w:numId="10" w16cid:durableId="1297612821">
    <w:abstractNumId w:val="9"/>
  </w:num>
  <w:num w:numId="11" w16cid:durableId="1912157785">
    <w:abstractNumId w:val="11"/>
  </w:num>
  <w:num w:numId="12" w16cid:durableId="13455910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1A6"/>
    <w:rsid w:val="00034616"/>
    <w:rsid w:val="0006063C"/>
    <w:rsid w:val="000707FC"/>
    <w:rsid w:val="00111468"/>
    <w:rsid w:val="00114939"/>
    <w:rsid w:val="0015074B"/>
    <w:rsid w:val="00181F75"/>
    <w:rsid w:val="0029639D"/>
    <w:rsid w:val="00326F90"/>
    <w:rsid w:val="003F3233"/>
    <w:rsid w:val="004C5DB4"/>
    <w:rsid w:val="004F6872"/>
    <w:rsid w:val="0055431E"/>
    <w:rsid w:val="00583A0B"/>
    <w:rsid w:val="005C6C8C"/>
    <w:rsid w:val="005D3A6C"/>
    <w:rsid w:val="00615A82"/>
    <w:rsid w:val="00667305"/>
    <w:rsid w:val="006F73C5"/>
    <w:rsid w:val="0071613A"/>
    <w:rsid w:val="00755DE2"/>
    <w:rsid w:val="007E0DB0"/>
    <w:rsid w:val="00822406"/>
    <w:rsid w:val="00835B8E"/>
    <w:rsid w:val="00A03642"/>
    <w:rsid w:val="00AA1D8D"/>
    <w:rsid w:val="00B47730"/>
    <w:rsid w:val="00CA5343"/>
    <w:rsid w:val="00CB0664"/>
    <w:rsid w:val="00CB3DA8"/>
    <w:rsid w:val="00D10930"/>
    <w:rsid w:val="00D742E0"/>
    <w:rsid w:val="00DD698D"/>
    <w:rsid w:val="00DE3D45"/>
    <w:rsid w:val="00E17F04"/>
    <w:rsid w:val="00E4429F"/>
    <w:rsid w:val="00E642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/"/>
  <w:listSeparator w:val="؛"/>
  <w14:docId w14:val="499E9E70"/>
  <w14:defaultImageDpi w14:val="300"/>
  <w15:docId w15:val="{58ED8369-E38E-43EE-A404-9F50E6E8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23E"/>
    <w:pPr>
      <w:spacing w:after="120"/>
    </w:pPr>
    <w:rPr>
      <w:rFonts w:ascii="Vazir" w:hAnsi="Vazir" w:cs="Vaz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Table3-Accent5">
    <w:name w:val="List Table 3 Accent 5"/>
    <w:basedOn w:val="TableNormal"/>
    <w:uiPriority w:val="48"/>
    <w:rsid w:val="005D3A6C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0707F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07FC"/>
    <w:rPr>
      <w:rFonts w:ascii="Vazir" w:hAnsi="Vazir" w:cs="Vazir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07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11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Fahimeh Bolourkesh</cp:lastModifiedBy>
  <cp:revision>20</cp:revision>
  <dcterms:created xsi:type="dcterms:W3CDTF">2013-12-23T23:15:00Z</dcterms:created>
  <dcterms:modified xsi:type="dcterms:W3CDTF">2026-08-23T04:38:00Z</dcterms:modified>
  <cp:category/>
</cp:coreProperties>
</file>